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EBD" w:rsidRPr="00F7159F" w:rsidRDefault="00F7159F">
      <w:pPr>
        <w:pStyle w:val="1"/>
        <w:jc w:val="center"/>
        <w:rPr>
          <w:lang w:val="ru-RU"/>
        </w:rPr>
      </w:pPr>
      <w:r w:rsidRPr="00F7159F">
        <w:rPr>
          <w:lang w:val="ru-RU"/>
        </w:rPr>
        <w:t>ПУБЛІЧНИЙ ДОГОВІР (ОФЕРТА)</w:t>
      </w:r>
    </w:p>
    <w:p w:rsidR="00A67EBD" w:rsidRPr="00F7159F" w:rsidRDefault="00F7159F">
      <w:pPr>
        <w:jc w:val="center"/>
        <w:rPr>
          <w:lang w:val="ru-RU"/>
        </w:rPr>
      </w:pPr>
      <w:r w:rsidRPr="00F7159F">
        <w:rPr>
          <w:lang w:val="ru-RU"/>
        </w:rPr>
        <w:t xml:space="preserve">на поставку </w:t>
      </w:r>
      <w:proofErr w:type="spellStart"/>
      <w:r w:rsidRPr="00F7159F">
        <w:rPr>
          <w:lang w:val="ru-RU"/>
        </w:rPr>
        <w:t>товарів</w:t>
      </w:r>
      <w:proofErr w:type="spellEnd"/>
    </w:p>
    <w:p w:rsidR="00A67EBD" w:rsidRPr="00F7159F" w:rsidRDefault="00F7159F">
      <w:pPr>
        <w:rPr>
          <w:lang w:val="ru-RU"/>
        </w:rPr>
      </w:pPr>
      <w:r w:rsidRPr="00F7159F">
        <w:rPr>
          <w:lang w:val="ru-RU"/>
        </w:rPr>
        <w:t xml:space="preserve">Цей </w:t>
      </w:r>
      <w:proofErr w:type="spellStart"/>
      <w:r w:rsidRPr="00F7159F">
        <w:rPr>
          <w:lang w:val="ru-RU"/>
        </w:rPr>
        <w:t>публічний</w:t>
      </w:r>
      <w:proofErr w:type="spellEnd"/>
      <w:r w:rsidRPr="00F7159F">
        <w:rPr>
          <w:lang w:val="ru-RU"/>
        </w:rPr>
        <w:t xml:space="preserve"> </w:t>
      </w:r>
      <w:proofErr w:type="spellStart"/>
      <w:r w:rsidRPr="00F7159F">
        <w:rPr>
          <w:lang w:val="ru-RU"/>
        </w:rPr>
        <w:t>договір</w:t>
      </w:r>
      <w:proofErr w:type="spellEnd"/>
      <w:r w:rsidRPr="00F7159F">
        <w:rPr>
          <w:lang w:val="ru-RU"/>
        </w:rPr>
        <w:t xml:space="preserve"> (оферта) </w:t>
      </w:r>
      <w:proofErr w:type="spellStart"/>
      <w:r w:rsidRPr="00F7159F">
        <w:rPr>
          <w:lang w:val="ru-RU"/>
        </w:rPr>
        <w:t>є</w:t>
      </w:r>
      <w:proofErr w:type="spellEnd"/>
      <w:r w:rsidRPr="00F7159F">
        <w:rPr>
          <w:lang w:val="ru-RU"/>
        </w:rPr>
        <w:t xml:space="preserve"> </w:t>
      </w:r>
      <w:proofErr w:type="spellStart"/>
      <w:r w:rsidRPr="00F7159F">
        <w:rPr>
          <w:lang w:val="ru-RU"/>
        </w:rPr>
        <w:t>офіційною</w:t>
      </w:r>
      <w:proofErr w:type="spellEnd"/>
      <w:r w:rsidRPr="00F7159F">
        <w:rPr>
          <w:lang w:val="ru-RU"/>
        </w:rPr>
        <w:t xml:space="preserve"> </w:t>
      </w:r>
      <w:proofErr w:type="spellStart"/>
      <w:r w:rsidRPr="00F7159F">
        <w:rPr>
          <w:lang w:val="ru-RU"/>
        </w:rPr>
        <w:t>публічною</w:t>
      </w:r>
      <w:proofErr w:type="spellEnd"/>
      <w:r w:rsidRPr="00F7159F">
        <w:rPr>
          <w:lang w:val="ru-RU"/>
        </w:rPr>
        <w:t xml:space="preserve"> </w:t>
      </w:r>
      <w:proofErr w:type="spellStart"/>
      <w:r w:rsidRPr="00F7159F">
        <w:rPr>
          <w:lang w:val="ru-RU"/>
        </w:rPr>
        <w:t>пропозицією</w:t>
      </w:r>
      <w:proofErr w:type="spellEnd"/>
      <w:r w:rsidRPr="00F7159F">
        <w:rPr>
          <w:lang w:val="ru-RU"/>
        </w:rPr>
        <w:t xml:space="preserve"> ТОВ «БІЛМАКС», код ЄДРПОУ 34031183, </w:t>
      </w:r>
      <w:proofErr w:type="spellStart"/>
      <w:r w:rsidRPr="00F7159F">
        <w:rPr>
          <w:lang w:val="ru-RU"/>
        </w:rPr>
        <w:t>надалі</w:t>
      </w:r>
      <w:proofErr w:type="spellEnd"/>
      <w:r w:rsidRPr="00F7159F">
        <w:rPr>
          <w:lang w:val="ru-RU"/>
        </w:rPr>
        <w:t xml:space="preserve"> – «</w:t>
      </w:r>
      <w:proofErr w:type="spellStart"/>
      <w:r w:rsidRPr="00F7159F">
        <w:rPr>
          <w:lang w:val="ru-RU"/>
        </w:rPr>
        <w:t>Постачальник</w:t>
      </w:r>
      <w:proofErr w:type="spellEnd"/>
      <w:r w:rsidRPr="00F7159F">
        <w:rPr>
          <w:lang w:val="ru-RU"/>
        </w:rPr>
        <w:t xml:space="preserve">», </w:t>
      </w:r>
      <w:proofErr w:type="spellStart"/>
      <w:r w:rsidRPr="00F7159F">
        <w:rPr>
          <w:lang w:val="ru-RU"/>
        </w:rPr>
        <w:t>укласти</w:t>
      </w:r>
      <w:proofErr w:type="spellEnd"/>
      <w:r w:rsidRPr="00F7159F">
        <w:rPr>
          <w:lang w:val="ru-RU"/>
        </w:rPr>
        <w:t xml:space="preserve"> </w:t>
      </w:r>
      <w:proofErr w:type="spellStart"/>
      <w:r w:rsidRPr="00F7159F">
        <w:rPr>
          <w:lang w:val="ru-RU"/>
        </w:rPr>
        <w:t>договір</w:t>
      </w:r>
      <w:proofErr w:type="spellEnd"/>
      <w:r w:rsidRPr="00F7159F">
        <w:rPr>
          <w:lang w:val="ru-RU"/>
        </w:rPr>
        <w:t xml:space="preserve"> поставки </w:t>
      </w:r>
      <w:proofErr w:type="spellStart"/>
      <w:r w:rsidRPr="00F7159F">
        <w:rPr>
          <w:lang w:val="ru-RU"/>
        </w:rPr>
        <w:t>товарів</w:t>
      </w:r>
      <w:proofErr w:type="spellEnd"/>
      <w:r w:rsidRPr="00F7159F">
        <w:rPr>
          <w:lang w:val="ru-RU"/>
        </w:rPr>
        <w:t xml:space="preserve"> </w:t>
      </w:r>
      <w:proofErr w:type="spellStart"/>
      <w:r w:rsidRPr="00F7159F">
        <w:rPr>
          <w:lang w:val="ru-RU"/>
        </w:rPr>
        <w:t>з</w:t>
      </w:r>
      <w:proofErr w:type="spellEnd"/>
      <w:r w:rsidRPr="00F7159F">
        <w:rPr>
          <w:lang w:val="ru-RU"/>
        </w:rPr>
        <w:t xml:space="preserve"> </w:t>
      </w:r>
      <w:proofErr w:type="spellStart"/>
      <w:r w:rsidRPr="00F7159F">
        <w:rPr>
          <w:lang w:val="ru-RU"/>
        </w:rPr>
        <w:t>будь-якою</w:t>
      </w:r>
      <w:proofErr w:type="spellEnd"/>
      <w:r w:rsidRPr="00F7159F">
        <w:rPr>
          <w:lang w:val="ru-RU"/>
        </w:rPr>
        <w:t xml:space="preserve"> </w:t>
      </w:r>
      <w:proofErr w:type="spellStart"/>
      <w:r w:rsidRPr="00F7159F">
        <w:rPr>
          <w:lang w:val="ru-RU"/>
        </w:rPr>
        <w:t>фізичною</w:t>
      </w:r>
      <w:proofErr w:type="spellEnd"/>
      <w:r w:rsidRPr="00F7159F">
        <w:rPr>
          <w:lang w:val="ru-RU"/>
        </w:rPr>
        <w:t xml:space="preserve"> </w:t>
      </w:r>
      <w:proofErr w:type="spellStart"/>
      <w:r w:rsidRPr="00F7159F">
        <w:rPr>
          <w:lang w:val="ru-RU"/>
        </w:rPr>
        <w:t>або</w:t>
      </w:r>
      <w:proofErr w:type="spellEnd"/>
      <w:r w:rsidRPr="00F7159F">
        <w:rPr>
          <w:lang w:val="ru-RU"/>
        </w:rPr>
        <w:t xml:space="preserve"> </w:t>
      </w:r>
      <w:proofErr w:type="spellStart"/>
      <w:r w:rsidRPr="00F7159F">
        <w:rPr>
          <w:lang w:val="ru-RU"/>
        </w:rPr>
        <w:t>юридичною</w:t>
      </w:r>
      <w:proofErr w:type="spellEnd"/>
      <w:r w:rsidRPr="00F7159F">
        <w:rPr>
          <w:lang w:val="ru-RU"/>
        </w:rPr>
        <w:t xml:space="preserve"> особою (</w:t>
      </w:r>
      <w:proofErr w:type="spellStart"/>
      <w:r w:rsidRPr="00F7159F">
        <w:rPr>
          <w:lang w:val="ru-RU"/>
        </w:rPr>
        <w:t>надалі</w:t>
      </w:r>
      <w:proofErr w:type="spellEnd"/>
      <w:r w:rsidRPr="00F7159F">
        <w:rPr>
          <w:lang w:val="ru-RU"/>
        </w:rPr>
        <w:t xml:space="preserve"> – «</w:t>
      </w:r>
      <w:proofErr w:type="spellStart"/>
      <w:r w:rsidRPr="00F7159F">
        <w:rPr>
          <w:lang w:val="ru-RU"/>
        </w:rPr>
        <w:t>Покупець</w:t>
      </w:r>
      <w:proofErr w:type="spellEnd"/>
      <w:r w:rsidRPr="00F7159F">
        <w:rPr>
          <w:lang w:val="ru-RU"/>
        </w:rPr>
        <w:t xml:space="preserve">»), яка </w:t>
      </w:r>
      <w:proofErr w:type="spellStart"/>
      <w:r w:rsidRPr="00F7159F">
        <w:rPr>
          <w:lang w:val="ru-RU"/>
        </w:rPr>
        <w:t>приймає</w:t>
      </w:r>
      <w:proofErr w:type="spellEnd"/>
      <w:r w:rsidRPr="00F7159F">
        <w:rPr>
          <w:lang w:val="ru-RU"/>
        </w:rPr>
        <w:t xml:space="preserve"> </w:t>
      </w:r>
      <w:proofErr w:type="spellStart"/>
      <w:r w:rsidRPr="00F7159F">
        <w:rPr>
          <w:lang w:val="ru-RU"/>
        </w:rPr>
        <w:t>цю</w:t>
      </w:r>
      <w:proofErr w:type="spellEnd"/>
      <w:r w:rsidRPr="00F7159F">
        <w:rPr>
          <w:lang w:val="ru-RU"/>
        </w:rPr>
        <w:t xml:space="preserve"> оферту, на </w:t>
      </w:r>
      <w:proofErr w:type="spellStart"/>
      <w:r w:rsidRPr="00F7159F">
        <w:rPr>
          <w:lang w:val="ru-RU"/>
        </w:rPr>
        <w:t>нижченаведених</w:t>
      </w:r>
      <w:proofErr w:type="spellEnd"/>
      <w:r w:rsidRPr="00F7159F">
        <w:rPr>
          <w:lang w:val="ru-RU"/>
        </w:rPr>
        <w:t xml:space="preserve"> </w:t>
      </w:r>
      <w:proofErr w:type="spellStart"/>
      <w:r w:rsidRPr="00F7159F">
        <w:rPr>
          <w:lang w:val="ru-RU"/>
        </w:rPr>
        <w:t>умовах</w:t>
      </w:r>
      <w:proofErr w:type="spellEnd"/>
      <w:r w:rsidRPr="00F7159F">
        <w:rPr>
          <w:lang w:val="ru-RU"/>
        </w:rPr>
        <w:t>.</w:t>
      </w:r>
      <w:r w:rsidRPr="00F7159F">
        <w:rPr>
          <w:lang w:val="ru-RU"/>
        </w:rPr>
        <w:br/>
      </w:r>
      <w:r w:rsidRPr="00F7159F">
        <w:rPr>
          <w:lang w:val="ru-RU"/>
        </w:rPr>
        <w:br/>
      </w:r>
      <w:proofErr w:type="spellStart"/>
      <w:r w:rsidRPr="00F7159F">
        <w:rPr>
          <w:lang w:val="ru-RU"/>
        </w:rPr>
        <w:t>Даний</w:t>
      </w:r>
      <w:proofErr w:type="spellEnd"/>
      <w:r w:rsidRPr="00F7159F">
        <w:rPr>
          <w:lang w:val="ru-RU"/>
        </w:rPr>
        <w:t xml:space="preserve"> </w:t>
      </w:r>
      <w:proofErr w:type="spellStart"/>
      <w:r w:rsidRPr="00F7159F">
        <w:rPr>
          <w:lang w:val="ru-RU"/>
        </w:rPr>
        <w:t>договір</w:t>
      </w:r>
      <w:proofErr w:type="spellEnd"/>
      <w:r w:rsidRPr="00F7159F">
        <w:rPr>
          <w:lang w:val="ru-RU"/>
        </w:rPr>
        <w:t xml:space="preserve"> </w:t>
      </w:r>
      <w:proofErr w:type="spellStart"/>
      <w:r w:rsidRPr="00F7159F">
        <w:rPr>
          <w:lang w:val="ru-RU"/>
        </w:rPr>
        <w:t>є</w:t>
      </w:r>
      <w:proofErr w:type="spellEnd"/>
      <w:r w:rsidRPr="00F7159F">
        <w:rPr>
          <w:lang w:val="ru-RU"/>
        </w:rPr>
        <w:t xml:space="preserve"> договором </w:t>
      </w:r>
      <w:proofErr w:type="spellStart"/>
      <w:r w:rsidRPr="00F7159F">
        <w:rPr>
          <w:lang w:val="ru-RU"/>
        </w:rPr>
        <w:t>приєднання</w:t>
      </w:r>
      <w:proofErr w:type="spellEnd"/>
      <w:r w:rsidRPr="00F7159F">
        <w:rPr>
          <w:lang w:val="ru-RU"/>
        </w:rPr>
        <w:t xml:space="preserve"> </w:t>
      </w:r>
      <w:proofErr w:type="spellStart"/>
      <w:r w:rsidRPr="00F7159F">
        <w:rPr>
          <w:lang w:val="ru-RU"/>
        </w:rPr>
        <w:t>згідно</w:t>
      </w:r>
      <w:proofErr w:type="spellEnd"/>
      <w:r w:rsidRPr="00F7159F">
        <w:rPr>
          <w:lang w:val="ru-RU"/>
        </w:rPr>
        <w:t xml:space="preserve"> </w:t>
      </w:r>
      <w:proofErr w:type="spellStart"/>
      <w:r w:rsidRPr="00F7159F">
        <w:rPr>
          <w:lang w:val="ru-RU"/>
        </w:rPr>
        <w:t>зі</w:t>
      </w:r>
      <w:proofErr w:type="spellEnd"/>
      <w:r w:rsidRPr="00F7159F">
        <w:rPr>
          <w:lang w:val="ru-RU"/>
        </w:rPr>
        <w:t xml:space="preserve"> </w:t>
      </w:r>
      <w:proofErr w:type="spellStart"/>
      <w:r w:rsidRPr="00F7159F">
        <w:rPr>
          <w:lang w:val="ru-RU"/>
        </w:rPr>
        <w:t>статтею</w:t>
      </w:r>
      <w:proofErr w:type="spellEnd"/>
      <w:r w:rsidRPr="00F7159F">
        <w:rPr>
          <w:lang w:val="ru-RU"/>
        </w:rPr>
        <w:t xml:space="preserve"> 633 </w:t>
      </w:r>
      <w:proofErr w:type="spellStart"/>
      <w:r w:rsidRPr="00F7159F">
        <w:rPr>
          <w:lang w:val="ru-RU"/>
        </w:rPr>
        <w:t>Цивільного</w:t>
      </w:r>
      <w:proofErr w:type="spellEnd"/>
      <w:r w:rsidRPr="00F7159F">
        <w:rPr>
          <w:lang w:val="ru-RU"/>
        </w:rPr>
        <w:t xml:space="preserve"> кодексу </w:t>
      </w:r>
      <w:proofErr w:type="spellStart"/>
      <w:r w:rsidRPr="00F7159F">
        <w:rPr>
          <w:lang w:val="ru-RU"/>
        </w:rPr>
        <w:t>України</w:t>
      </w:r>
      <w:proofErr w:type="spellEnd"/>
      <w:r w:rsidRPr="00F7159F">
        <w:rPr>
          <w:lang w:val="ru-RU"/>
        </w:rPr>
        <w:t>.</w:t>
      </w:r>
    </w:p>
    <w:p w:rsidR="00A67EBD" w:rsidRPr="00F7159F" w:rsidRDefault="00F7159F">
      <w:pPr>
        <w:pStyle w:val="21"/>
        <w:rPr>
          <w:lang w:val="ru-RU"/>
        </w:rPr>
      </w:pPr>
      <w:r w:rsidRPr="00F7159F">
        <w:rPr>
          <w:lang w:val="ru-RU"/>
        </w:rPr>
        <w:t>1. Предмет договору</w:t>
      </w:r>
    </w:p>
    <w:p w:rsidR="00A67EBD" w:rsidRPr="00F7159F" w:rsidRDefault="00F7159F">
      <w:pPr>
        <w:rPr>
          <w:lang w:val="ru-RU"/>
        </w:rPr>
      </w:pPr>
      <w:r w:rsidRPr="00F7159F">
        <w:rPr>
          <w:lang w:val="ru-RU"/>
        </w:rPr>
        <w:t xml:space="preserve">1.1. </w:t>
      </w:r>
      <w:proofErr w:type="spellStart"/>
      <w:r w:rsidRPr="00F7159F">
        <w:rPr>
          <w:lang w:val="ru-RU"/>
        </w:rPr>
        <w:t>Постачальник</w:t>
      </w:r>
      <w:proofErr w:type="spellEnd"/>
      <w:r w:rsidRPr="00F7159F">
        <w:rPr>
          <w:lang w:val="ru-RU"/>
        </w:rPr>
        <w:t xml:space="preserve"> </w:t>
      </w:r>
      <w:proofErr w:type="spellStart"/>
      <w:r w:rsidRPr="00F7159F">
        <w:rPr>
          <w:lang w:val="ru-RU"/>
        </w:rPr>
        <w:t>зобов’язується</w:t>
      </w:r>
      <w:proofErr w:type="spellEnd"/>
      <w:r w:rsidRPr="00F7159F">
        <w:rPr>
          <w:lang w:val="ru-RU"/>
        </w:rPr>
        <w:t xml:space="preserve"> </w:t>
      </w:r>
      <w:proofErr w:type="spellStart"/>
      <w:r w:rsidRPr="00F7159F">
        <w:rPr>
          <w:lang w:val="ru-RU"/>
        </w:rPr>
        <w:t>поставити</w:t>
      </w:r>
      <w:proofErr w:type="spellEnd"/>
      <w:r w:rsidRPr="00F7159F">
        <w:rPr>
          <w:lang w:val="ru-RU"/>
        </w:rPr>
        <w:t xml:space="preserve"> </w:t>
      </w:r>
      <w:proofErr w:type="spellStart"/>
      <w:r w:rsidRPr="00F7159F">
        <w:rPr>
          <w:lang w:val="ru-RU"/>
        </w:rPr>
        <w:t>Покупцю</w:t>
      </w:r>
      <w:proofErr w:type="spellEnd"/>
      <w:r w:rsidRPr="00F7159F">
        <w:rPr>
          <w:lang w:val="ru-RU"/>
        </w:rPr>
        <w:t xml:space="preserve"> </w:t>
      </w:r>
      <w:proofErr w:type="spellStart"/>
      <w:r w:rsidRPr="00F7159F">
        <w:rPr>
          <w:lang w:val="ru-RU"/>
        </w:rPr>
        <w:t>продукцію</w:t>
      </w:r>
      <w:proofErr w:type="spellEnd"/>
      <w:r w:rsidRPr="00F7159F">
        <w:rPr>
          <w:lang w:val="ru-RU"/>
        </w:rPr>
        <w:t xml:space="preserve"> (</w:t>
      </w:r>
      <w:proofErr w:type="spellStart"/>
      <w:r w:rsidRPr="00F7159F">
        <w:rPr>
          <w:lang w:val="ru-RU"/>
        </w:rPr>
        <w:t>надалі</w:t>
      </w:r>
      <w:proofErr w:type="spellEnd"/>
      <w:r w:rsidRPr="00F7159F">
        <w:rPr>
          <w:lang w:val="ru-RU"/>
        </w:rPr>
        <w:t xml:space="preserve"> – «Товар»), </w:t>
      </w:r>
      <w:proofErr w:type="spellStart"/>
      <w:r w:rsidRPr="00F7159F">
        <w:rPr>
          <w:lang w:val="ru-RU"/>
        </w:rPr>
        <w:t>зазначену</w:t>
      </w:r>
      <w:proofErr w:type="spellEnd"/>
      <w:r w:rsidRPr="00F7159F">
        <w:rPr>
          <w:lang w:val="ru-RU"/>
        </w:rPr>
        <w:t xml:space="preserve"> у </w:t>
      </w:r>
      <w:proofErr w:type="spellStart"/>
      <w:r w:rsidRPr="00F7159F">
        <w:rPr>
          <w:lang w:val="ru-RU"/>
        </w:rPr>
        <w:t>рахунку-фактурі</w:t>
      </w:r>
      <w:proofErr w:type="spellEnd"/>
      <w:r w:rsidRPr="00F7159F">
        <w:rPr>
          <w:lang w:val="ru-RU"/>
        </w:rPr>
        <w:t xml:space="preserve">, </w:t>
      </w:r>
      <w:proofErr w:type="spellStart"/>
      <w:r w:rsidRPr="00F7159F">
        <w:rPr>
          <w:lang w:val="ru-RU"/>
        </w:rPr>
        <w:t>що</w:t>
      </w:r>
      <w:proofErr w:type="spellEnd"/>
      <w:r w:rsidRPr="00F7159F">
        <w:rPr>
          <w:lang w:val="ru-RU"/>
        </w:rPr>
        <w:t xml:space="preserve"> </w:t>
      </w:r>
      <w:proofErr w:type="spellStart"/>
      <w:r w:rsidRPr="00F7159F">
        <w:rPr>
          <w:lang w:val="ru-RU"/>
        </w:rPr>
        <w:t>є</w:t>
      </w:r>
      <w:proofErr w:type="spellEnd"/>
      <w:r w:rsidRPr="00F7159F">
        <w:rPr>
          <w:lang w:val="ru-RU"/>
        </w:rPr>
        <w:t xml:space="preserve"> </w:t>
      </w:r>
      <w:proofErr w:type="spellStart"/>
      <w:r w:rsidRPr="00F7159F">
        <w:rPr>
          <w:lang w:val="ru-RU"/>
        </w:rPr>
        <w:t>невід’ємною</w:t>
      </w:r>
      <w:proofErr w:type="spellEnd"/>
      <w:r w:rsidRPr="00F7159F">
        <w:rPr>
          <w:lang w:val="ru-RU"/>
        </w:rPr>
        <w:t xml:space="preserve"> </w:t>
      </w:r>
      <w:proofErr w:type="spellStart"/>
      <w:r w:rsidRPr="00F7159F">
        <w:rPr>
          <w:lang w:val="ru-RU"/>
        </w:rPr>
        <w:t>частиною</w:t>
      </w:r>
      <w:proofErr w:type="spellEnd"/>
      <w:r w:rsidRPr="00F7159F">
        <w:rPr>
          <w:lang w:val="ru-RU"/>
        </w:rPr>
        <w:t xml:space="preserve"> </w:t>
      </w:r>
      <w:proofErr w:type="spellStart"/>
      <w:r w:rsidRPr="00F7159F">
        <w:rPr>
          <w:lang w:val="ru-RU"/>
        </w:rPr>
        <w:t>цього</w:t>
      </w:r>
      <w:proofErr w:type="spellEnd"/>
      <w:r w:rsidRPr="00F7159F">
        <w:rPr>
          <w:lang w:val="ru-RU"/>
        </w:rPr>
        <w:t xml:space="preserve"> договору, а </w:t>
      </w:r>
      <w:proofErr w:type="spellStart"/>
      <w:r w:rsidRPr="00F7159F">
        <w:rPr>
          <w:lang w:val="ru-RU"/>
        </w:rPr>
        <w:t>Покупець</w:t>
      </w:r>
      <w:proofErr w:type="spellEnd"/>
      <w:r w:rsidRPr="00F7159F">
        <w:rPr>
          <w:lang w:val="ru-RU"/>
        </w:rPr>
        <w:t xml:space="preserve"> </w:t>
      </w:r>
      <w:proofErr w:type="spellStart"/>
      <w:r w:rsidRPr="00F7159F">
        <w:rPr>
          <w:lang w:val="ru-RU"/>
        </w:rPr>
        <w:t>зобов’язується</w:t>
      </w:r>
      <w:proofErr w:type="spellEnd"/>
      <w:r w:rsidRPr="00F7159F">
        <w:rPr>
          <w:lang w:val="ru-RU"/>
        </w:rPr>
        <w:t xml:space="preserve"> </w:t>
      </w:r>
      <w:proofErr w:type="spellStart"/>
      <w:r w:rsidRPr="00F7159F">
        <w:rPr>
          <w:lang w:val="ru-RU"/>
        </w:rPr>
        <w:t>прийняти</w:t>
      </w:r>
      <w:proofErr w:type="spellEnd"/>
      <w:r w:rsidRPr="00F7159F">
        <w:rPr>
          <w:lang w:val="ru-RU"/>
        </w:rPr>
        <w:t xml:space="preserve"> та </w:t>
      </w:r>
      <w:proofErr w:type="spellStart"/>
      <w:r w:rsidRPr="00F7159F">
        <w:rPr>
          <w:lang w:val="ru-RU"/>
        </w:rPr>
        <w:t>оплатити</w:t>
      </w:r>
      <w:proofErr w:type="spellEnd"/>
      <w:r w:rsidRPr="00F7159F">
        <w:rPr>
          <w:lang w:val="ru-RU"/>
        </w:rPr>
        <w:t xml:space="preserve"> Товар.</w:t>
      </w:r>
      <w:r w:rsidRPr="00F7159F">
        <w:rPr>
          <w:lang w:val="ru-RU"/>
        </w:rPr>
        <w:br/>
        <w:t xml:space="preserve">1.2. </w:t>
      </w:r>
      <w:proofErr w:type="spellStart"/>
      <w:r w:rsidRPr="00F7159F">
        <w:rPr>
          <w:lang w:val="ru-RU"/>
        </w:rPr>
        <w:t>Найменування</w:t>
      </w:r>
      <w:proofErr w:type="spellEnd"/>
      <w:r w:rsidRPr="00F7159F">
        <w:rPr>
          <w:lang w:val="ru-RU"/>
        </w:rPr>
        <w:t xml:space="preserve">, </w:t>
      </w:r>
      <w:proofErr w:type="spellStart"/>
      <w:r w:rsidRPr="00F7159F">
        <w:rPr>
          <w:lang w:val="ru-RU"/>
        </w:rPr>
        <w:t>кількість</w:t>
      </w:r>
      <w:proofErr w:type="spellEnd"/>
      <w:r w:rsidRPr="00F7159F">
        <w:rPr>
          <w:lang w:val="ru-RU"/>
        </w:rPr>
        <w:t xml:space="preserve">, </w:t>
      </w:r>
      <w:proofErr w:type="spellStart"/>
      <w:r w:rsidRPr="00F7159F">
        <w:rPr>
          <w:lang w:val="ru-RU"/>
        </w:rPr>
        <w:t>ціна</w:t>
      </w:r>
      <w:proofErr w:type="spellEnd"/>
      <w:r w:rsidRPr="00F7159F">
        <w:rPr>
          <w:lang w:val="ru-RU"/>
        </w:rPr>
        <w:t xml:space="preserve"> та строки </w:t>
      </w:r>
      <w:proofErr w:type="spellStart"/>
      <w:r w:rsidRPr="00F7159F">
        <w:rPr>
          <w:lang w:val="ru-RU"/>
        </w:rPr>
        <w:t>виготовлення</w:t>
      </w:r>
      <w:proofErr w:type="spellEnd"/>
      <w:r w:rsidRPr="00F7159F">
        <w:rPr>
          <w:lang w:val="ru-RU"/>
        </w:rPr>
        <w:t xml:space="preserve"> Товару </w:t>
      </w:r>
      <w:proofErr w:type="spellStart"/>
      <w:r w:rsidRPr="00F7159F">
        <w:rPr>
          <w:lang w:val="ru-RU"/>
        </w:rPr>
        <w:t>зазначаються</w:t>
      </w:r>
      <w:proofErr w:type="spellEnd"/>
      <w:r w:rsidRPr="00F7159F">
        <w:rPr>
          <w:lang w:val="ru-RU"/>
        </w:rPr>
        <w:t xml:space="preserve"> в </w:t>
      </w:r>
      <w:proofErr w:type="spellStart"/>
      <w:r w:rsidRPr="00F7159F">
        <w:rPr>
          <w:lang w:val="ru-RU"/>
        </w:rPr>
        <w:t>рахунку-фактурі</w:t>
      </w:r>
      <w:proofErr w:type="spellEnd"/>
      <w:r w:rsidRPr="00F7159F">
        <w:rPr>
          <w:lang w:val="ru-RU"/>
        </w:rPr>
        <w:t xml:space="preserve">, яка </w:t>
      </w:r>
      <w:proofErr w:type="spellStart"/>
      <w:r w:rsidRPr="00F7159F">
        <w:rPr>
          <w:lang w:val="ru-RU"/>
        </w:rPr>
        <w:t>є</w:t>
      </w:r>
      <w:proofErr w:type="spellEnd"/>
      <w:r w:rsidRPr="00F7159F">
        <w:rPr>
          <w:lang w:val="ru-RU"/>
        </w:rPr>
        <w:t xml:space="preserve"> </w:t>
      </w:r>
      <w:proofErr w:type="spellStart"/>
      <w:r w:rsidRPr="00F7159F">
        <w:rPr>
          <w:lang w:val="ru-RU"/>
        </w:rPr>
        <w:t>додатком</w:t>
      </w:r>
      <w:proofErr w:type="spellEnd"/>
      <w:r w:rsidRPr="00F7159F">
        <w:rPr>
          <w:lang w:val="ru-RU"/>
        </w:rPr>
        <w:t xml:space="preserve"> до </w:t>
      </w:r>
      <w:proofErr w:type="spellStart"/>
      <w:r w:rsidRPr="00F7159F">
        <w:rPr>
          <w:lang w:val="ru-RU"/>
        </w:rPr>
        <w:t>цього</w:t>
      </w:r>
      <w:proofErr w:type="spellEnd"/>
      <w:r w:rsidRPr="00F7159F">
        <w:rPr>
          <w:lang w:val="ru-RU"/>
        </w:rPr>
        <w:t xml:space="preserve"> </w:t>
      </w:r>
      <w:proofErr w:type="spellStart"/>
      <w:r w:rsidRPr="00F7159F">
        <w:rPr>
          <w:lang w:val="ru-RU"/>
        </w:rPr>
        <w:t>публічного</w:t>
      </w:r>
      <w:proofErr w:type="spellEnd"/>
      <w:r w:rsidRPr="00F7159F">
        <w:rPr>
          <w:lang w:val="ru-RU"/>
        </w:rPr>
        <w:t xml:space="preserve"> договору </w:t>
      </w:r>
      <w:proofErr w:type="spellStart"/>
      <w:r w:rsidRPr="00F7159F">
        <w:rPr>
          <w:lang w:val="ru-RU"/>
        </w:rPr>
        <w:t>оферти</w:t>
      </w:r>
      <w:proofErr w:type="spellEnd"/>
      <w:r w:rsidRPr="00F7159F">
        <w:rPr>
          <w:lang w:val="ru-RU"/>
        </w:rPr>
        <w:t>.</w:t>
      </w:r>
      <w:r w:rsidRPr="00F7159F">
        <w:rPr>
          <w:lang w:val="ru-RU"/>
        </w:rPr>
        <w:br/>
        <w:t xml:space="preserve">1.3. </w:t>
      </w:r>
      <w:proofErr w:type="spellStart"/>
      <w:r w:rsidRPr="00F7159F">
        <w:rPr>
          <w:lang w:val="ru-RU"/>
        </w:rPr>
        <w:t>Умови</w:t>
      </w:r>
      <w:proofErr w:type="spellEnd"/>
      <w:r w:rsidRPr="00F7159F">
        <w:rPr>
          <w:lang w:val="ru-RU"/>
        </w:rPr>
        <w:t xml:space="preserve"> та строки поставки </w:t>
      </w:r>
      <w:proofErr w:type="spellStart"/>
      <w:r w:rsidRPr="00F7159F">
        <w:rPr>
          <w:lang w:val="ru-RU"/>
        </w:rPr>
        <w:t>регулюються</w:t>
      </w:r>
      <w:proofErr w:type="spellEnd"/>
      <w:r w:rsidRPr="00F7159F">
        <w:rPr>
          <w:lang w:val="ru-RU"/>
        </w:rPr>
        <w:t xml:space="preserve"> </w:t>
      </w:r>
      <w:proofErr w:type="spellStart"/>
      <w:r w:rsidRPr="00F7159F">
        <w:rPr>
          <w:lang w:val="ru-RU"/>
        </w:rPr>
        <w:t>положеннями</w:t>
      </w:r>
      <w:proofErr w:type="spellEnd"/>
      <w:r w:rsidRPr="00F7159F">
        <w:rPr>
          <w:lang w:val="ru-RU"/>
        </w:rPr>
        <w:t xml:space="preserve"> </w:t>
      </w:r>
      <w:proofErr w:type="spellStart"/>
      <w:r w:rsidRPr="00F7159F">
        <w:rPr>
          <w:lang w:val="ru-RU"/>
        </w:rPr>
        <w:t>цього</w:t>
      </w:r>
      <w:proofErr w:type="spellEnd"/>
      <w:r w:rsidRPr="00F7159F">
        <w:rPr>
          <w:lang w:val="ru-RU"/>
        </w:rPr>
        <w:t xml:space="preserve"> договору </w:t>
      </w:r>
      <w:proofErr w:type="spellStart"/>
      <w:r w:rsidRPr="00F7159F">
        <w:rPr>
          <w:lang w:val="ru-RU"/>
        </w:rPr>
        <w:t>оферти</w:t>
      </w:r>
      <w:proofErr w:type="spellEnd"/>
      <w:r w:rsidRPr="00F7159F">
        <w:rPr>
          <w:lang w:val="ru-RU"/>
        </w:rPr>
        <w:t xml:space="preserve">, а </w:t>
      </w:r>
      <w:proofErr w:type="spellStart"/>
      <w:r w:rsidRPr="00F7159F">
        <w:rPr>
          <w:lang w:val="ru-RU"/>
        </w:rPr>
        <w:t>також</w:t>
      </w:r>
      <w:proofErr w:type="spellEnd"/>
      <w:r w:rsidRPr="00F7159F">
        <w:rPr>
          <w:lang w:val="ru-RU"/>
        </w:rPr>
        <w:t xml:space="preserve"> </w:t>
      </w:r>
      <w:proofErr w:type="spellStart"/>
      <w:r w:rsidRPr="00F7159F">
        <w:rPr>
          <w:lang w:val="ru-RU"/>
        </w:rPr>
        <w:t>узгоджуються</w:t>
      </w:r>
      <w:proofErr w:type="spellEnd"/>
      <w:r w:rsidRPr="00F7159F">
        <w:rPr>
          <w:lang w:val="ru-RU"/>
        </w:rPr>
        <w:t xml:space="preserve"> </w:t>
      </w:r>
      <w:proofErr w:type="spellStart"/>
      <w:r w:rsidRPr="00F7159F">
        <w:rPr>
          <w:lang w:val="ru-RU"/>
        </w:rPr>
        <w:t>окремо</w:t>
      </w:r>
      <w:proofErr w:type="spellEnd"/>
      <w:r w:rsidRPr="00F7159F">
        <w:rPr>
          <w:lang w:val="ru-RU"/>
        </w:rPr>
        <w:t xml:space="preserve"> </w:t>
      </w:r>
      <w:proofErr w:type="spellStart"/>
      <w:r w:rsidRPr="00F7159F">
        <w:rPr>
          <w:lang w:val="ru-RU"/>
        </w:rPr>
        <w:t>відповідно</w:t>
      </w:r>
      <w:proofErr w:type="spellEnd"/>
      <w:r w:rsidRPr="00F7159F">
        <w:rPr>
          <w:lang w:val="ru-RU"/>
        </w:rPr>
        <w:t xml:space="preserve"> до пункту 6.</w:t>
      </w:r>
      <w:r w:rsidRPr="00F7159F">
        <w:rPr>
          <w:lang w:val="ru-RU"/>
        </w:rPr>
        <w:br/>
        <w:t xml:space="preserve">1.4. </w:t>
      </w:r>
      <w:proofErr w:type="spellStart"/>
      <w:r w:rsidRPr="00F7159F">
        <w:rPr>
          <w:lang w:val="ru-RU"/>
        </w:rPr>
        <w:t>Укладення</w:t>
      </w:r>
      <w:proofErr w:type="spellEnd"/>
      <w:r w:rsidRPr="00F7159F">
        <w:rPr>
          <w:lang w:val="ru-RU"/>
        </w:rPr>
        <w:t xml:space="preserve"> </w:t>
      </w:r>
      <w:proofErr w:type="spellStart"/>
      <w:r w:rsidRPr="00F7159F">
        <w:rPr>
          <w:lang w:val="ru-RU"/>
        </w:rPr>
        <w:t>цього</w:t>
      </w:r>
      <w:proofErr w:type="spellEnd"/>
      <w:r w:rsidRPr="00F7159F">
        <w:rPr>
          <w:lang w:val="ru-RU"/>
        </w:rPr>
        <w:t xml:space="preserve"> договору </w:t>
      </w:r>
      <w:proofErr w:type="spellStart"/>
      <w:r w:rsidRPr="00F7159F">
        <w:rPr>
          <w:lang w:val="ru-RU"/>
        </w:rPr>
        <w:t>підтверджується</w:t>
      </w:r>
      <w:proofErr w:type="spellEnd"/>
      <w:r w:rsidRPr="00F7159F">
        <w:rPr>
          <w:lang w:val="ru-RU"/>
        </w:rPr>
        <w:t xml:space="preserve"> фактом оплати </w:t>
      </w:r>
      <w:proofErr w:type="spellStart"/>
      <w:r w:rsidRPr="00F7159F">
        <w:rPr>
          <w:lang w:val="ru-RU"/>
        </w:rPr>
        <w:t>Покупцем</w:t>
      </w:r>
      <w:proofErr w:type="spellEnd"/>
      <w:r w:rsidRPr="00F7159F">
        <w:rPr>
          <w:lang w:val="ru-RU"/>
        </w:rPr>
        <w:t xml:space="preserve"> </w:t>
      </w:r>
      <w:proofErr w:type="spellStart"/>
      <w:r w:rsidRPr="00F7159F">
        <w:rPr>
          <w:lang w:val="ru-RU"/>
        </w:rPr>
        <w:t>виставленого</w:t>
      </w:r>
      <w:proofErr w:type="spellEnd"/>
      <w:r w:rsidRPr="00F7159F">
        <w:rPr>
          <w:lang w:val="ru-RU"/>
        </w:rPr>
        <w:t xml:space="preserve"> </w:t>
      </w:r>
      <w:proofErr w:type="spellStart"/>
      <w:r w:rsidRPr="00F7159F">
        <w:rPr>
          <w:lang w:val="ru-RU"/>
        </w:rPr>
        <w:t>рахунку-фактури</w:t>
      </w:r>
      <w:proofErr w:type="spellEnd"/>
      <w:r w:rsidRPr="00F7159F">
        <w:rPr>
          <w:lang w:val="ru-RU"/>
        </w:rPr>
        <w:t xml:space="preserve">, </w:t>
      </w:r>
      <w:proofErr w:type="spellStart"/>
      <w:r w:rsidRPr="00F7159F">
        <w:rPr>
          <w:lang w:val="ru-RU"/>
        </w:rPr>
        <w:t>що</w:t>
      </w:r>
      <w:proofErr w:type="spellEnd"/>
      <w:r w:rsidRPr="00F7159F">
        <w:rPr>
          <w:lang w:val="ru-RU"/>
        </w:rPr>
        <w:t xml:space="preserve"> </w:t>
      </w:r>
      <w:proofErr w:type="spellStart"/>
      <w:r w:rsidRPr="00F7159F">
        <w:rPr>
          <w:lang w:val="ru-RU"/>
        </w:rPr>
        <w:t>означає</w:t>
      </w:r>
      <w:proofErr w:type="spellEnd"/>
      <w:r w:rsidRPr="00F7159F">
        <w:rPr>
          <w:lang w:val="ru-RU"/>
        </w:rPr>
        <w:t xml:space="preserve"> </w:t>
      </w:r>
      <w:proofErr w:type="spellStart"/>
      <w:r w:rsidRPr="00F7159F">
        <w:rPr>
          <w:lang w:val="ru-RU"/>
        </w:rPr>
        <w:t>повне</w:t>
      </w:r>
      <w:proofErr w:type="spellEnd"/>
      <w:r w:rsidRPr="00F7159F">
        <w:rPr>
          <w:lang w:val="ru-RU"/>
        </w:rPr>
        <w:t xml:space="preserve"> </w:t>
      </w:r>
      <w:proofErr w:type="spellStart"/>
      <w:r w:rsidRPr="00F7159F">
        <w:rPr>
          <w:lang w:val="ru-RU"/>
        </w:rPr>
        <w:t>прийняття</w:t>
      </w:r>
      <w:proofErr w:type="spellEnd"/>
      <w:r w:rsidRPr="00F7159F">
        <w:rPr>
          <w:lang w:val="ru-RU"/>
        </w:rPr>
        <w:t xml:space="preserve"> (акцепт) умов </w:t>
      </w:r>
      <w:proofErr w:type="spellStart"/>
      <w:r w:rsidRPr="00F7159F">
        <w:rPr>
          <w:lang w:val="ru-RU"/>
        </w:rPr>
        <w:t>оферти</w:t>
      </w:r>
      <w:proofErr w:type="spellEnd"/>
      <w:r w:rsidRPr="00F7159F">
        <w:rPr>
          <w:lang w:val="ru-RU"/>
        </w:rPr>
        <w:t>.</w:t>
      </w:r>
    </w:p>
    <w:p w:rsidR="00A67EBD" w:rsidRPr="00F7159F" w:rsidRDefault="00F7159F">
      <w:pPr>
        <w:pStyle w:val="21"/>
        <w:rPr>
          <w:lang w:val="ru-RU"/>
        </w:rPr>
      </w:pPr>
      <w:r w:rsidRPr="00F7159F">
        <w:rPr>
          <w:lang w:val="ru-RU"/>
        </w:rPr>
        <w:t>2. Порядок поставки</w:t>
      </w:r>
    </w:p>
    <w:p w:rsidR="00A67EBD" w:rsidRPr="00F7159F" w:rsidRDefault="00F7159F">
      <w:pPr>
        <w:rPr>
          <w:lang w:val="ru-RU"/>
        </w:rPr>
      </w:pPr>
      <w:r w:rsidRPr="00F7159F">
        <w:rPr>
          <w:lang w:val="ru-RU"/>
        </w:rPr>
        <w:t xml:space="preserve">2.1. Поставка Товару </w:t>
      </w:r>
      <w:proofErr w:type="spellStart"/>
      <w:r w:rsidRPr="00F7159F">
        <w:rPr>
          <w:lang w:val="ru-RU"/>
        </w:rPr>
        <w:t>здійснюється</w:t>
      </w:r>
      <w:proofErr w:type="spellEnd"/>
      <w:r w:rsidRPr="00F7159F">
        <w:rPr>
          <w:lang w:val="ru-RU"/>
        </w:rPr>
        <w:t xml:space="preserve"> на </w:t>
      </w:r>
      <w:proofErr w:type="spellStart"/>
      <w:r w:rsidRPr="00F7159F">
        <w:rPr>
          <w:lang w:val="ru-RU"/>
        </w:rPr>
        <w:t>умовах</w:t>
      </w:r>
      <w:proofErr w:type="spellEnd"/>
      <w:r w:rsidRPr="00F7159F">
        <w:rPr>
          <w:lang w:val="ru-RU"/>
        </w:rPr>
        <w:t xml:space="preserve">, </w:t>
      </w:r>
      <w:proofErr w:type="spellStart"/>
      <w:r w:rsidRPr="00F7159F">
        <w:rPr>
          <w:lang w:val="ru-RU"/>
        </w:rPr>
        <w:t>передбачених</w:t>
      </w:r>
      <w:proofErr w:type="spellEnd"/>
      <w:r w:rsidRPr="00F7159F">
        <w:rPr>
          <w:lang w:val="ru-RU"/>
        </w:rPr>
        <w:t xml:space="preserve"> </w:t>
      </w:r>
      <w:proofErr w:type="spellStart"/>
      <w:r w:rsidRPr="00F7159F">
        <w:rPr>
          <w:lang w:val="ru-RU"/>
        </w:rPr>
        <w:t>цим</w:t>
      </w:r>
      <w:proofErr w:type="spellEnd"/>
      <w:r w:rsidRPr="00F7159F">
        <w:rPr>
          <w:lang w:val="ru-RU"/>
        </w:rPr>
        <w:t xml:space="preserve"> договором та </w:t>
      </w:r>
      <w:proofErr w:type="spellStart"/>
      <w:r w:rsidRPr="00F7159F">
        <w:rPr>
          <w:lang w:val="ru-RU"/>
        </w:rPr>
        <w:t>погоджених</w:t>
      </w:r>
      <w:proofErr w:type="spellEnd"/>
      <w:r w:rsidRPr="00F7159F">
        <w:rPr>
          <w:lang w:val="ru-RU"/>
        </w:rPr>
        <w:t xml:space="preserve"> у </w:t>
      </w:r>
      <w:proofErr w:type="spellStart"/>
      <w:r w:rsidRPr="00F7159F">
        <w:rPr>
          <w:lang w:val="ru-RU"/>
        </w:rPr>
        <w:t>письмовій</w:t>
      </w:r>
      <w:proofErr w:type="spellEnd"/>
      <w:r w:rsidRPr="00F7159F">
        <w:rPr>
          <w:lang w:val="ru-RU"/>
        </w:rPr>
        <w:t xml:space="preserve"> </w:t>
      </w:r>
      <w:proofErr w:type="spellStart"/>
      <w:r w:rsidRPr="00F7159F">
        <w:rPr>
          <w:lang w:val="ru-RU"/>
        </w:rPr>
        <w:t>формі</w:t>
      </w:r>
      <w:proofErr w:type="spellEnd"/>
      <w:r w:rsidRPr="00F7159F">
        <w:rPr>
          <w:lang w:val="ru-RU"/>
        </w:rPr>
        <w:t>.</w:t>
      </w:r>
      <w:r w:rsidRPr="00F7159F">
        <w:rPr>
          <w:lang w:val="ru-RU"/>
        </w:rPr>
        <w:br/>
        <w:t xml:space="preserve">2.2. Передача Товару </w:t>
      </w:r>
      <w:proofErr w:type="spellStart"/>
      <w:r w:rsidRPr="00F7159F">
        <w:rPr>
          <w:lang w:val="ru-RU"/>
        </w:rPr>
        <w:t>оформлюється</w:t>
      </w:r>
      <w:proofErr w:type="spellEnd"/>
      <w:r w:rsidRPr="00F7159F">
        <w:rPr>
          <w:lang w:val="ru-RU"/>
        </w:rPr>
        <w:t xml:space="preserve"> </w:t>
      </w:r>
      <w:proofErr w:type="spellStart"/>
      <w:r w:rsidRPr="00F7159F">
        <w:rPr>
          <w:lang w:val="ru-RU"/>
        </w:rPr>
        <w:t>видатковою</w:t>
      </w:r>
      <w:proofErr w:type="spellEnd"/>
      <w:r w:rsidRPr="00F7159F">
        <w:rPr>
          <w:lang w:val="ru-RU"/>
        </w:rPr>
        <w:t xml:space="preserve"> накладною.</w:t>
      </w:r>
      <w:r w:rsidRPr="00F7159F">
        <w:rPr>
          <w:lang w:val="ru-RU"/>
        </w:rPr>
        <w:br/>
        <w:t xml:space="preserve">2.3. </w:t>
      </w:r>
      <w:proofErr w:type="spellStart"/>
      <w:r w:rsidRPr="00F7159F">
        <w:rPr>
          <w:lang w:val="ru-RU"/>
        </w:rPr>
        <w:t>Продукція</w:t>
      </w:r>
      <w:proofErr w:type="spellEnd"/>
      <w:r w:rsidRPr="00F7159F">
        <w:rPr>
          <w:lang w:val="ru-RU"/>
        </w:rPr>
        <w:t xml:space="preserve"> </w:t>
      </w:r>
      <w:proofErr w:type="spellStart"/>
      <w:r w:rsidRPr="00F7159F">
        <w:rPr>
          <w:lang w:val="ru-RU"/>
        </w:rPr>
        <w:t>виготовляється</w:t>
      </w:r>
      <w:proofErr w:type="spellEnd"/>
      <w:r w:rsidRPr="00F7159F">
        <w:rPr>
          <w:lang w:val="ru-RU"/>
        </w:rPr>
        <w:t xml:space="preserve"> </w:t>
      </w:r>
      <w:proofErr w:type="spellStart"/>
      <w:r w:rsidRPr="00F7159F">
        <w:rPr>
          <w:lang w:val="ru-RU"/>
        </w:rPr>
        <w:t>виключно</w:t>
      </w:r>
      <w:proofErr w:type="spellEnd"/>
      <w:r w:rsidRPr="00F7159F">
        <w:rPr>
          <w:lang w:val="ru-RU"/>
        </w:rPr>
        <w:t xml:space="preserve"> </w:t>
      </w:r>
      <w:proofErr w:type="spellStart"/>
      <w:r w:rsidRPr="00F7159F">
        <w:rPr>
          <w:lang w:val="ru-RU"/>
        </w:rPr>
        <w:t>під</w:t>
      </w:r>
      <w:proofErr w:type="spellEnd"/>
      <w:r w:rsidRPr="00F7159F">
        <w:rPr>
          <w:lang w:val="ru-RU"/>
        </w:rPr>
        <w:t xml:space="preserve"> </w:t>
      </w:r>
      <w:proofErr w:type="spellStart"/>
      <w:r w:rsidRPr="00F7159F">
        <w:rPr>
          <w:lang w:val="ru-RU"/>
        </w:rPr>
        <w:t>замовлення</w:t>
      </w:r>
      <w:proofErr w:type="spellEnd"/>
      <w:r w:rsidRPr="00F7159F">
        <w:rPr>
          <w:lang w:val="ru-RU"/>
        </w:rPr>
        <w:t xml:space="preserve">, тому </w:t>
      </w:r>
      <w:proofErr w:type="spellStart"/>
      <w:r w:rsidRPr="00F7159F">
        <w:rPr>
          <w:lang w:val="ru-RU"/>
        </w:rPr>
        <w:t>анулювання</w:t>
      </w:r>
      <w:proofErr w:type="spellEnd"/>
      <w:r w:rsidRPr="00F7159F">
        <w:rPr>
          <w:lang w:val="ru-RU"/>
        </w:rPr>
        <w:t xml:space="preserve"> </w:t>
      </w:r>
      <w:proofErr w:type="spellStart"/>
      <w:r w:rsidRPr="00F7159F">
        <w:rPr>
          <w:lang w:val="ru-RU"/>
        </w:rPr>
        <w:t>замовлення</w:t>
      </w:r>
      <w:proofErr w:type="spellEnd"/>
      <w:r w:rsidRPr="00F7159F">
        <w:rPr>
          <w:lang w:val="ru-RU"/>
        </w:rPr>
        <w:t xml:space="preserve"> </w:t>
      </w:r>
      <w:proofErr w:type="spellStart"/>
      <w:r w:rsidRPr="00F7159F">
        <w:rPr>
          <w:lang w:val="ru-RU"/>
        </w:rPr>
        <w:t>Покупцем</w:t>
      </w:r>
      <w:proofErr w:type="spellEnd"/>
      <w:r w:rsidRPr="00F7159F">
        <w:rPr>
          <w:lang w:val="ru-RU"/>
        </w:rPr>
        <w:t xml:space="preserve"> </w:t>
      </w:r>
      <w:proofErr w:type="spellStart"/>
      <w:r w:rsidRPr="00F7159F">
        <w:rPr>
          <w:lang w:val="ru-RU"/>
        </w:rPr>
        <w:t>після</w:t>
      </w:r>
      <w:proofErr w:type="spellEnd"/>
      <w:r w:rsidRPr="00F7159F">
        <w:rPr>
          <w:lang w:val="ru-RU"/>
        </w:rPr>
        <w:t xml:space="preserve"> оплати не </w:t>
      </w:r>
      <w:proofErr w:type="spellStart"/>
      <w:r w:rsidRPr="00F7159F">
        <w:rPr>
          <w:lang w:val="ru-RU"/>
        </w:rPr>
        <w:t>допускається</w:t>
      </w:r>
      <w:proofErr w:type="spellEnd"/>
      <w:r w:rsidRPr="00F7159F">
        <w:rPr>
          <w:lang w:val="ru-RU"/>
        </w:rPr>
        <w:t>.</w:t>
      </w:r>
    </w:p>
    <w:p w:rsidR="00A67EBD" w:rsidRPr="00F7159F" w:rsidRDefault="00F7159F">
      <w:pPr>
        <w:pStyle w:val="21"/>
        <w:rPr>
          <w:lang w:val="ru-RU"/>
        </w:rPr>
      </w:pPr>
      <w:r w:rsidRPr="00F7159F">
        <w:rPr>
          <w:lang w:val="ru-RU"/>
        </w:rPr>
        <w:t xml:space="preserve">3. </w:t>
      </w:r>
      <w:proofErr w:type="spellStart"/>
      <w:r w:rsidRPr="00F7159F">
        <w:rPr>
          <w:lang w:val="ru-RU"/>
        </w:rPr>
        <w:t>Ціна</w:t>
      </w:r>
      <w:proofErr w:type="spellEnd"/>
      <w:r w:rsidRPr="00F7159F">
        <w:rPr>
          <w:lang w:val="ru-RU"/>
        </w:rPr>
        <w:t xml:space="preserve"> та порядок оплати</w:t>
      </w:r>
    </w:p>
    <w:p w:rsidR="00A67EBD" w:rsidRPr="00F7159F" w:rsidRDefault="00F7159F">
      <w:pPr>
        <w:rPr>
          <w:lang w:val="ru-RU"/>
        </w:rPr>
      </w:pPr>
      <w:r w:rsidRPr="00F7159F">
        <w:rPr>
          <w:lang w:val="ru-RU"/>
        </w:rPr>
        <w:t xml:space="preserve">3.1. </w:t>
      </w:r>
      <w:proofErr w:type="spellStart"/>
      <w:r w:rsidRPr="00F7159F">
        <w:rPr>
          <w:lang w:val="ru-RU"/>
        </w:rPr>
        <w:t>Ціна</w:t>
      </w:r>
      <w:proofErr w:type="spellEnd"/>
      <w:r w:rsidRPr="00F7159F">
        <w:rPr>
          <w:lang w:val="ru-RU"/>
        </w:rPr>
        <w:t xml:space="preserve"> Товару </w:t>
      </w:r>
      <w:proofErr w:type="spellStart"/>
      <w:r w:rsidRPr="00F7159F">
        <w:rPr>
          <w:lang w:val="ru-RU"/>
        </w:rPr>
        <w:t>вказується</w:t>
      </w:r>
      <w:proofErr w:type="spellEnd"/>
      <w:r w:rsidRPr="00F7159F">
        <w:rPr>
          <w:lang w:val="ru-RU"/>
        </w:rPr>
        <w:t xml:space="preserve"> у </w:t>
      </w:r>
      <w:proofErr w:type="spellStart"/>
      <w:r w:rsidRPr="00F7159F">
        <w:rPr>
          <w:lang w:val="ru-RU"/>
        </w:rPr>
        <w:t>рахунку-фактурі</w:t>
      </w:r>
      <w:proofErr w:type="spellEnd"/>
      <w:r w:rsidRPr="00F7159F">
        <w:rPr>
          <w:lang w:val="ru-RU"/>
        </w:rPr>
        <w:t xml:space="preserve">, </w:t>
      </w:r>
      <w:proofErr w:type="spellStart"/>
      <w:r w:rsidRPr="00F7159F">
        <w:rPr>
          <w:lang w:val="ru-RU"/>
        </w:rPr>
        <w:t>який</w:t>
      </w:r>
      <w:proofErr w:type="spellEnd"/>
      <w:r w:rsidRPr="00F7159F">
        <w:rPr>
          <w:lang w:val="ru-RU"/>
        </w:rPr>
        <w:t xml:space="preserve"> </w:t>
      </w:r>
      <w:proofErr w:type="spellStart"/>
      <w:r w:rsidRPr="00F7159F">
        <w:rPr>
          <w:lang w:val="ru-RU"/>
        </w:rPr>
        <w:t>формується</w:t>
      </w:r>
      <w:proofErr w:type="spellEnd"/>
      <w:r w:rsidRPr="00F7159F">
        <w:rPr>
          <w:lang w:val="ru-RU"/>
        </w:rPr>
        <w:t xml:space="preserve"> на </w:t>
      </w:r>
      <w:proofErr w:type="spellStart"/>
      <w:r w:rsidRPr="00F7159F">
        <w:rPr>
          <w:lang w:val="ru-RU"/>
        </w:rPr>
        <w:t>підставі</w:t>
      </w:r>
      <w:proofErr w:type="spellEnd"/>
      <w:r w:rsidRPr="00F7159F">
        <w:rPr>
          <w:lang w:val="ru-RU"/>
        </w:rPr>
        <w:t xml:space="preserve"> </w:t>
      </w:r>
      <w:proofErr w:type="spellStart"/>
      <w:r w:rsidRPr="00F7159F">
        <w:rPr>
          <w:lang w:val="ru-RU"/>
        </w:rPr>
        <w:t>діючого</w:t>
      </w:r>
      <w:proofErr w:type="spellEnd"/>
      <w:r w:rsidRPr="00F7159F">
        <w:rPr>
          <w:lang w:val="ru-RU"/>
        </w:rPr>
        <w:t xml:space="preserve"> прайс-листа.</w:t>
      </w:r>
      <w:r w:rsidRPr="00F7159F">
        <w:rPr>
          <w:lang w:val="ru-RU"/>
        </w:rPr>
        <w:br/>
        <w:t xml:space="preserve">3.2. </w:t>
      </w:r>
      <w:proofErr w:type="spellStart"/>
      <w:r w:rsidRPr="00F7159F">
        <w:rPr>
          <w:lang w:val="ru-RU"/>
        </w:rPr>
        <w:t>Розрахунки</w:t>
      </w:r>
      <w:proofErr w:type="spellEnd"/>
      <w:r w:rsidRPr="00F7159F">
        <w:rPr>
          <w:lang w:val="ru-RU"/>
        </w:rPr>
        <w:t xml:space="preserve"> </w:t>
      </w:r>
      <w:proofErr w:type="spellStart"/>
      <w:r w:rsidRPr="00F7159F">
        <w:rPr>
          <w:lang w:val="ru-RU"/>
        </w:rPr>
        <w:t>здійснюються</w:t>
      </w:r>
      <w:proofErr w:type="spellEnd"/>
      <w:r w:rsidRPr="00F7159F">
        <w:rPr>
          <w:lang w:val="ru-RU"/>
        </w:rPr>
        <w:t xml:space="preserve"> в </w:t>
      </w:r>
      <w:proofErr w:type="spellStart"/>
      <w:r w:rsidRPr="00F7159F">
        <w:rPr>
          <w:lang w:val="ru-RU"/>
        </w:rPr>
        <w:t>національній</w:t>
      </w:r>
      <w:proofErr w:type="spellEnd"/>
      <w:r w:rsidRPr="00F7159F">
        <w:rPr>
          <w:lang w:val="ru-RU"/>
        </w:rPr>
        <w:t xml:space="preserve"> </w:t>
      </w:r>
      <w:proofErr w:type="spellStart"/>
      <w:r w:rsidRPr="00F7159F">
        <w:rPr>
          <w:lang w:val="ru-RU"/>
        </w:rPr>
        <w:t>валюті</w:t>
      </w:r>
      <w:proofErr w:type="spellEnd"/>
      <w:r w:rsidRPr="00F7159F">
        <w:rPr>
          <w:lang w:val="ru-RU"/>
        </w:rPr>
        <w:t xml:space="preserve"> </w:t>
      </w:r>
      <w:proofErr w:type="spellStart"/>
      <w:r w:rsidRPr="00F7159F">
        <w:rPr>
          <w:lang w:val="ru-RU"/>
        </w:rPr>
        <w:t>України</w:t>
      </w:r>
      <w:proofErr w:type="spellEnd"/>
      <w:r w:rsidRPr="00F7159F">
        <w:rPr>
          <w:lang w:val="ru-RU"/>
        </w:rPr>
        <w:t xml:space="preserve"> – </w:t>
      </w:r>
      <w:proofErr w:type="spellStart"/>
      <w:r w:rsidRPr="00F7159F">
        <w:rPr>
          <w:lang w:val="ru-RU"/>
        </w:rPr>
        <w:t>гривні</w:t>
      </w:r>
      <w:proofErr w:type="spellEnd"/>
      <w:r w:rsidRPr="00F7159F">
        <w:rPr>
          <w:lang w:val="ru-RU"/>
        </w:rPr>
        <w:t xml:space="preserve">, у </w:t>
      </w:r>
      <w:proofErr w:type="spellStart"/>
      <w:r w:rsidRPr="00F7159F">
        <w:rPr>
          <w:lang w:val="ru-RU"/>
        </w:rPr>
        <w:t>формі</w:t>
      </w:r>
      <w:proofErr w:type="spellEnd"/>
      <w:r w:rsidRPr="00F7159F">
        <w:rPr>
          <w:lang w:val="ru-RU"/>
        </w:rPr>
        <w:t xml:space="preserve"> 100% </w:t>
      </w:r>
      <w:proofErr w:type="spellStart"/>
      <w:r w:rsidRPr="00F7159F">
        <w:rPr>
          <w:lang w:val="ru-RU"/>
        </w:rPr>
        <w:t>передплати</w:t>
      </w:r>
      <w:proofErr w:type="spellEnd"/>
      <w:r w:rsidRPr="00F7159F">
        <w:rPr>
          <w:lang w:val="ru-RU"/>
        </w:rPr>
        <w:t xml:space="preserve"> на </w:t>
      </w:r>
      <w:proofErr w:type="spellStart"/>
      <w:r w:rsidRPr="00F7159F">
        <w:rPr>
          <w:lang w:val="ru-RU"/>
        </w:rPr>
        <w:t>рахунок</w:t>
      </w:r>
      <w:proofErr w:type="spellEnd"/>
      <w:r w:rsidRPr="00F7159F">
        <w:rPr>
          <w:lang w:val="ru-RU"/>
        </w:rPr>
        <w:t xml:space="preserve"> </w:t>
      </w:r>
      <w:proofErr w:type="spellStart"/>
      <w:r w:rsidRPr="00F7159F">
        <w:rPr>
          <w:lang w:val="ru-RU"/>
        </w:rPr>
        <w:t>Постачальника</w:t>
      </w:r>
      <w:proofErr w:type="spellEnd"/>
      <w:r w:rsidRPr="00F7159F">
        <w:rPr>
          <w:lang w:val="ru-RU"/>
        </w:rPr>
        <w:t>.</w:t>
      </w:r>
    </w:p>
    <w:p w:rsidR="00A67EBD" w:rsidRPr="00F7159F" w:rsidRDefault="00F7159F">
      <w:pPr>
        <w:pStyle w:val="21"/>
        <w:rPr>
          <w:lang w:val="ru-RU"/>
        </w:rPr>
      </w:pPr>
      <w:r w:rsidRPr="00F7159F">
        <w:rPr>
          <w:lang w:val="ru-RU"/>
        </w:rPr>
        <w:t xml:space="preserve">4. </w:t>
      </w:r>
      <w:proofErr w:type="spellStart"/>
      <w:r w:rsidRPr="00F7159F">
        <w:rPr>
          <w:lang w:val="ru-RU"/>
        </w:rPr>
        <w:t>Гарантії</w:t>
      </w:r>
      <w:proofErr w:type="spellEnd"/>
      <w:r w:rsidRPr="00F7159F">
        <w:rPr>
          <w:lang w:val="ru-RU"/>
        </w:rPr>
        <w:t xml:space="preserve"> та </w:t>
      </w:r>
      <w:proofErr w:type="spellStart"/>
      <w:r w:rsidRPr="00F7159F">
        <w:rPr>
          <w:lang w:val="ru-RU"/>
        </w:rPr>
        <w:t>якість</w:t>
      </w:r>
      <w:proofErr w:type="spellEnd"/>
    </w:p>
    <w:p w:rsidR="00A67EBD" w:rsidRPr="00F7159F" w:rsidRDefault="00F7159F">
      <w:pPr>
        <w:rPr>
          <w:lang w:val="ru-RU"/>
        </w:rPr>
      </w:pPr>
      <w:r w:rsidRPr="00F7159F">
        <w:rPr>
          <w:lang w:val="ru-RU"/>
        </w:rPr>
        <w:t xml:space="preserve">4.1. </w:t>
      </w:r>
      <w:proofErr w:type="spellStart"/>
      <w:r w:rsidRPr="00F7159F">
        <w:rPr>
          <w:lang w:val="ru-RU"/>
        </w:rPr>
        <w:t>Постачальник</w:t>
      </w:r>
      <w:proofErr w:type="spellEnd"/>
      <w:r w:rsidRPr="00F7159F">
        <w:rPr>
          <w:lang w:val="ru-RU"/>
        </w:rPr>
        <w:t xml:space="preserve"> </w:t>
      </w:r>
      <w:proofErr w:type="spellStart"/>
      <w:r w:rsidRPr="00F7159F">
        <w:rPr>
          <w:lang w:val="ru-RU"/>
        </w:rPr>
        <w:t>гарантує</w:t>
      </w:r>
      <w:proofErr w:type="spellEnd"/>
      <w:r w:rsidRPr="00F7159F">
        <w:rPr>
          <w:lang w:val="ru-RU"/>
        </w:rPr>
        <w:t xml:space="preserve">, </w:t>
      </w:r>
      <w:proofErr w:type="spellStart"/>
      <w:r w:rsidRPr="00F7159F">
        <w:rPr>
          <w:lang w:val="ru-RU"/>
        </w:rPr>
        <w:t>що</w:t>
      </w:r>
      <w:proofErr w:type="spellEnd"/>
      <w:r w:rsidRPr="00F7159F">
        <w:rPr>
          <w:lang w:val="ru-RU"/>
        </w:rPr>
        <w:t xml:space="preserve"> </w:t>
      </w:r>
      <w:proofErr w:type="spellStart"/>
      <w:r w:rsidRPr="00F7159F">
        <w:rPr>
          <w:lang w:val="ru-RU"/>
        </w:rPr>
        <w:t>продукція</w:t>
      </w:r>
      <w:proofErr w:type="spellEnd"/>
      <w:r w:rsidRPr="00F7159F">
        <w:rPr>
          <w:lang w:val="ru-RU"/>
        </w:rPr>
        <w:t xml:space="preserve"> нова, </w:t>
      </w:r>
      <w:proofErr w:type="spellStart"/>
      <w:r w:rsidRPr="00F7159F">
        <w:rPr>
          <w:lang w:val="ru-RU"/>
        </w:rPr>
        <w:t>відповідає</w:t>
      </w:r>
      <w:proofErr w:type="spellEnd"/>
      <w:r w:rsidRPr="00F7159F">
        <w:rPr>
          <w:lang w:val="ru-RU"/>
        </w:rPr>
        <w:t xml:space="preserve"> </w:t>
      </w:r>
      <w:proofErr w:type="spellStart"/>
      <w:r w:rsidRPr="00F7159F">
        <w:rPr>
          <w:lang w:val="ru-RU"/>
        </w:rPr>
        <w:t>технічним</w:t>
      </w:r>
      <w:proofErr w:type="spellEnd"/>
      <w:r w:rsidRPr="00F7159F">
        <w:rPr>
          <w:lang w:val="ru-RU"/>
        </w:rPr>
        <w:t xml:space="preserve"> </w:t>
      </w:r>
      <w:proofErr w:type="spellStart"/>
      <w:r w:rsidRPr="00F7159F">
        <w:rPr>
          <w:lang w:val="ru-RU"/>
        </w:rPr>
        <w:t>умовам</w:t>
      </w:r>
      <w:proofErr w:type="spellEnd"/>
      <w:r w:rsidRPr="00F7159F">
        <w:rPr>
          <w:lang w:val="ru-RU"/>
        </w:rPr>
        <w:t xml:space="preserve"> та стандартам.</w:t>
      </w:r>
      <w:r w:rsidRPr="00F7159F">
        <w:rPr>
          <w:lang w:val="ru-RU"/>
        </w:rPr>
        <w:br/>
        <w:t xml:space="preserve">4.2. </w:t>
      </w:r>
      <w:proofErr w:type="spellStart"/>
      <w:r w:rsidRPr="00F7159F">
        <w:rPr>
          <w:lang w:val="ru-RU"/>
        </w:rPr>
        <w:t>Гарантія</w:t>
      </w:r>
      <w:proofErr w:type="spellEnd"/>
      <w:r w:rsidRPr="00F7159F">
        <w:rPr>
          <w:lang w:val="ru-RU"/>
        </w:rPr>
        <w:t xml:space="preserve"> на </w:t>
      </w:r>
      <w:proofErr w:type="spellStart"/>
      <w:r w:rsidRPr="00F7159F">
        <w:rPr>
          <w:lang w:val="ru-RU"/>
        </w:rPr>
        <w:t>продукцію</w:t>
      </w:r>
      <w:proofErr w:type="spellEnd"/>
      <w:r w:rsidRPr="00F7159F">
        <w:rPr>
          <w:lang w:val="ru-RU"/>
        </w:rPr>
        <w:t xml:space="preserve"> – 12 </w:t>
      </w:r>
      <w:proofErr w:type="spellStart"/>
      <w:r w:rsidRPr="00F7159F">
        <w:rPr>
          <w:lang w:val="ru-RU"/>
        </w:rPr>
        <w:t>місяців</w:t>
      </w:r>
      <w:proofErr w:type="spellEnd"/>
      <w:r w:rsidRPr="00F7159F">
        <w:rPr>
          <w:lang w:val="ru-RU"/>
        </w:rPr>
        <w:t xml:space="preserve"> </w:t>
      </w:r>
      <w:proofErr w:type="spellStart"/>
      <w:r w:rsidRPr="00F7159F">
        <w:rPr>
          <w:lang w:val="ru-RU"/>
        </w:rPr>
        <w:t>з</w:t>
      </w:r>
      <w:proofErr w:type="spellEnd"/>
      <w:r w:rsidRPr="00F7159F">
        <w:rPr>
          <w:lang w:val="ru-RU"/>
        </w:rPr>
        <w:t xml:space="preserve"> моменту </w:t>
      </w:r>
      <w:proofErr w:type="spellStart"/>
      <w:r w:rsidRPr="00F7159F">
        <w:rPr>
          <w:lang w:val="ru-RU"/>
        </w:rPr>
        <w:t>передачі</w:t>
      </w:r>
      <w:proofErr w:type="spellEnd"/>
      <w:r w:rsidRPr="00F7159F">
        <w:rPr>
          <w:lang w:val="ru-RU"/>
        </w:rPr>
        <w:t xml:space="preserve"> Товару.</w:t>
      </w:r>
    </w:p>
    <w:p w:rsidR="00A67EBD" w:rsidRPr="00F7159F" w:rsidRDefault="00F7159F">
      <w:pPr>
        <w:pStyle w:val="21"/>
        <w:rPr>
          <w:lang w:val="ru-RU"/>
        </w:rPr>
      </w:pPr>
      <w:r w:rsidRPr="00F7159F">
        <w:rPr>
          <w:lang w:val="ru-RU"/>
        </w:rPr>
        <w:t xml:space="preserve">5. </w:t>
      </w:r>
      <w:proofErr w:type="spellStart"/>
      <w:r w:rsidRPr="00F7159F">
        <w:rPr>
          <w:lang w:val="ru-RU"/>
        </w:rPr>
        <w:t>Відповідальність</w:t>
      </w:r>
      <w:proofErr w:type="spellEnd"/>
      <w:r w:rsidRPr="00F7159F">
        <w:rPr>
          <w:lang w:val="ru-RU"/>
        </w:rPr>
        <w:t xml:space="preserve"> </w:t>
      </w:r>
      <w:proofErr w:type="spellStart"/>
      <w:r w:rsidRPr="00F7159F">
        <w:rPr>
          <w:lang w:val="ru-RU"/>
        </w:rPr>
        <w:t>сторін</w:t>
      </w:r>
      <w:proofErr w:type="spellEnd"/>
    </w:p>
    <w:p w:rsidR="00A67EBD" w:rsidRPr="00F7159F" w:rsidRDefault="00F7159F">
      <w:pPr>
        <w:rPr>
          <w:lang w:val="ru-RU"/>
        </w:rPr>
      </w:pPr>
      <w:r w:rsidRPr="00F7159F">
        <w:rPr>
          <w:lang w:val="ru-RU"/>
        </w:rPr>
        <w:t xml:space="preserve">5.1. За </w:t>
      </w:r>
      <w:proofErr w:type="spellStart"/>
      <w:r w:rsidRPr="00F7159F">
        <w:rPr>
          <w:lang w:val="ru-RU"/>
        </w:rPr>
        <w:t>прострочення</w:t>
      </w:r>
      <w:proofErr w:type="spellEnd"/>
      <w:r w:rsidRPr="00F7159F">
        <w:rPr>
          <w:lang w:val="ru-RU"/>
        </w:rPr>
        <w:t xml:space="preserve"> поставки </w:t>
      </w:r>
      <w:proofErr w:type="spellStart"/>
      <w:r w:rsidRPr="00F7159F">
        <w:rPr>
          <w:lang w:val="ru-RU"/>
        </w:rPr>
        <w:t>Постачальник</w:t>
      </w:r>
      <w:proofErr w:type="spellEnd"/>
      <w:r w:rsidRPr="00F7159F">
        <w:rPr>
          <w:lang w:val="ru-RU"/>
        </w:rPr>
        <w:t xml:space="preserve"> </w:t>
      </w:r>
      <w:proofErr w:type="spellStart"/>
      <w:r w:rsidRPr="00F7159F">
        <w:rPr>
          <w:lang w:val="ru-RU"/>
        </w:rPr>
        <w:t>сплачує</w:t>
      </w:r>
      <w:proofErr w:type="spellEnd"/>
      <w:r w:rsidRPr="00F7159F">
        <w:rPr>
          <w:lang w:val="ru-RU"/>
        </w:rPr>
        <w:t xml:space="preserve"> пеню </w:t>
      </w:r>
      <w:proofErr w:type="spellStart"/>
      <w:r w:rsidRPr="00F7159F">
        <w:rPr>
          <w:lang w:val="ru-RU"/>
        </w:rPr>
        <w:t>згідно</w:t>
      </w:r>
      <w:proofErr w:type="spellEnd"/>
      <w:r w:rsidRPr="00F7159F">
        <w:rPr>
          <w:lang w:val="ru-RU"/>
        </w:rPr>
        <w:t xml:space="preserve"> </w:t>
      </w:r>
      <w:proofErr w:type="spellStart"/>
      <w:r w:rsidRPr="00F7159F">
        <w:rPr>
          <w:lang w:val="ru-RU"/>
        </w:rPr>
        <w:t>з</w:t>
      </w:r>
      <w:proofErr w:type="spellEnd"/>
      <w:r w:rsidRPr="00F7159F">
        <w:rPr>
          <w:lang w:val="ru-RU"/>
        </w:rPr>
        <w:t xml:space="preserve"> </w:t>
      </w:r>
      <w:proofErr w:type="spellStart"/>
      <w:r w:rsidRPr="00F7159F">
        <w:rPr>
          <w:lang w:val="ru-RU"/>
        </w:rPr>
        <w:t>обліковою</w:t>
      </w:r>
      <w:proofErr w:type="spellEnd"/>
      <w:r w:rsidRPr="00F7159F">
        <w:rPr>
          <w:lang w:val="ru-RU"/>
        </w:rPr>
        <w:t xml:space="preserve"> ставкою НБУ.</w:t>
      </w:r>
      <w:r w:rsidRPr="00F7159F">
        <w:rPr>
          <w:lang w:val="ru-RU"/>
        </w:rPr>
        <w:br/>
        <w:t xml:space="preserve">5.2. У </w:t>
      </w:r>
      <w:proofErr w:type="spellStart"/>
      <w:r w:rsidRPr="00F7159F">
        <w:rPr>
          <w:lang w:val="ru-RU"/>
        </w:rPr>
        <w:t>разі</w:t>
      </w:r>
      <w:proofErr w:type="spellEnd"/>
      <w:r w:rsidRPr="00F7159F">
        <w:rPr>
          <w:lang w:val="ru-RU"/>
        </w:rPr>
        <w:t xml:space="preserve"> </w:t>
      </w:r>
      <w:proofErr w:type="spellStart"/>
      <w:r w:rsidRPr="00F7159F">
        <w:rPr>
          <w:lang w:val="ru-RU"/>
        </w:rPr>
        <w:t>відмови</w:t>
      </w:r>
      <w:proofErr w:type="spellEnd"/>
      <w:r w:rsidRPr="00F7159F">
        <w:rPr>
          <w:lang w:val="ru-RU"/>
        </w:rPr>
        <w:t xml:space="preserve"> </w:t>
      </w:r>
      <w:proofErr w:type="spellStart"/>
      <w:r w:rsidRPr="00F7159F">
        <w:rPr>
          <w:lang w:val="ru-RU"/>
        </w:rPr>
        <w:t>Покупця</w:t>
      </w:r>
      <w:proofErr w:type="spellEnd"/>
      <w:r w:rsidRPr="00F7159F">
        <w:rPr>
          <w:lang w:val="ru-RU"/>
        </w:rPr>
        <w:t xml:space="preserve"> </w:t>
      </w:r>
      <w:proofErr w:type="spellStart"/>
      <w:r w:rsidRPr="00F7159F">
        <w:rPr>
          <w:lang w:val="ru-RU"/>
        </w:rPr>
        <w:t>від</w:t>
      </w:r>
      <w:proofErr w:type="spellEnd"/>
      <w:r w:rsidRPr="00F7159F">
        <w:rPr>
          <w:lang w:val="ru-RU"/>
        </w:rPr>
        <w:t xml:space="preserve"> товару </w:t>
      </w:r>
      <w:proofErr w:type="spellStart"/>
      <w:r w:rsidRPr="00F7159F">
        <w:rPr>
          <w:lang w:val="ru-RU"/>
        </w:rPr>
        <w:t>кошти</w:t>
      </w:r>
      <w:proofErr w:type="spellEnd"/>
      <w:r w:rsidRPr="00F7159F">
        <w:rPr>
          <w:lang w:val="ru-RU"/>
        </w:rPr>
        <w:t xml:space="preserve"> </w:t>
      </w:r>
      <w:proofErr w:type="spellStart"/>
      <w:r w:rsidRPr="00F7159F">
        <w:rPr>
          <w:lang w:val="ru-RU"/>
        </w:rPr>
        <w:t>поверненню</w:t>
      </w:r>
      <w:proofErr w:type="spellEnd"/>
      <w:r w:rsidRPr="00F7159F">
        <w:rPr>
          <w:lang w:val="ru-RU"/>
        </w:rPr>
        <w:t xml:space="preserve"> не </w:t>
      </w:r>
      <w:proofErr w:type="spellStart"/>
      <w:r w:rsidRPr="00F7159F">
        <w:rPr>
          <w:lang w:val="ru-RU"/>
        </w:rPr>
        <w:t>підлягають</w:t>
      </w:r>
      <w:proofErr w:type="spellEnd"/>
      <w:r w:rsidRPr="00F7159F">
        <w:rPr>
          <w:lang w:val="ru-RU"/>
        </w:rPr>
        <w:t>.</w:t>
      </w:r>
    </w:p>
    <w:p w:rsidR="00A67EBD" w:rsidRPr="00F7159F" w:rsidRDefault="00F7159F">
      <w:pPr>
        <w:pStyle w:val="21"/>
        <w:rPr>
          <w:lang w:val="ru-RU"/>
        </w:rPr>
      </w:pPr>
      <w:r w:rsidRPr="00F7159F">
        <w:rPr>
          <w:lang w:val="ru-RU"/>
        </w:rPr>
        <w:lastRenderedPageBreak/>
        <w:t xml:space="preserve">6. </w:t>
      </w:r>
      <w:proofErr w:type="spellStart"/>
      <w:r w:rsidRPr="00F7159F">
        <w:rPr>
          <w:lang w:val="ru-RU"/>
        </w:rPr>
        <w:t>Умови</w:t>
      </w:r>
      <w:proofErr w:type="spellEnd"/>
      <w:r w:rsidRPr="00F7159F">
        <w:rPr>
          <w:lang w:val="ru-RU"/>
        </w:rPr>
        <w:t xml:space="preserve"> поставки</w:t>
      </w:r>
      <w:bookmarkStart w:id="0" w:name="_GoBack"/>
      <w:bookmarkEnd w:id="0"/>
    </w:p>
    <w:p w:rsidR="00A67EBD" w:rsidRPr="00F7159F" w:rsidRDefault="00F7159F">
      <w:pPr>
        <w:rPr>
          <w:lang w:val="ru-RU"/>
        </w:rPr>
      </w:pPr>
      <w:r w:rsidRPr="00F7159F">
        <w:rPr>
          <w:lang w:val="ru-RU"/>
        </w:rPr>
        <w:t xml:space="preserve">6.1. </w:t>
      </w:r>
      <w:proofErr w:type="spellStart"/>
      <w:r w:rsidRPr="00F7159F">
        <w:rPr>
          <w:lang w:val="ru-RU"/>
        </w:rPr>
        <w:t>Терміни</w:t>
      </w:r>
      <w:proofErr w:type="spellEnd"/>
      <w:r w:rsidRPr="00F7159F">
        <w:rPr>
          <w:lang w:val="ru-RU"/>
        </w:rPr>
        <w:t xml:space="preserve"> та </w:t>
      </w:r>
      <w:proofErr w:type="spellStart"/>
      <w:r w:rsidRPr="00F7159F">
        <w:rPr>
          <w:lang w:val="ru-RU"/>
        </w:rPr>
        <w:t>умови</w:t>
      </w:r>
      <w:proofErr w:type="spellEnd"/>
      <w:r w:rsidRPr="00F7159F">
        <w:rPr>
          <w:lang w:val="ru-RU"/>
        </w:rPr>
        <w:t xml:space="preserve"> поставки </w:t>
      </w:r>
      <w:proofErr w:type="spellStart"/>
      <w:r w:rsidRPr="00F7159F">
        <w:rPr>
          <w:lang w:val="ru-RU"/>
        </w:rPr>
        <w:t>узгоджуються</w:t>
      </w:r>
      <w:proofErr w:type="spellEnd"/>
      <w:r w:rsidRPr="00F7159F">
        <w:rPr>
          <w:lang w:val="ru-RU"/>
        </w:rPr>
        <w:t xml:space="preserve"> </w:t>
      </w:r>
      <w:proofErr w:type="spellStart"/>
      <w:r w:rsidRPr="00F7159F">
        <w:rPr>
          <w:lang w:val="ru-RU"/>
        </w:rPr>
        <w:t>окремо</w:t>
      </w:r>
      <w:proofErr w:type="spellEnd"/>
      <w:r w:rsidRPr="00F7159F">
        <w:rPr>
          <w:lang w:val="ru-RU"/>
        </w:rPr>
        <w:t xml:space="preserve"> через </w:t>
      </w:r>
      <w:proofErr w:type="spellStart"/>
      <w:r w:rsidRPr="00F7159F">
        <w:rPr>
          <w:lang w:val="ru-RU"/>
        </w:rPr>
        <w:t>офіційну</w:t>
      </w:r>
      <w:proofErr w:type="spellEnd"/>
      <w:r w:rsidRPr="00F7159F">
        <w:rPr>
          <w:lang w:val="ru-RU"/>
        </w:rPr>
        <w:t xml:space="preserve"> </w:t>
      </w:r>
      <w:proofErr w:type="spellStart"/>
      <w:r w:rsidRPr="00F7159F">
        <w:rPr>
          <w:lang w:val="ru-RU"/>
        </w:rPr>
        <w:t>електронну</w:t>
      </w:r>
      <w:proofErr w:type="spellEnd"/>
      <w:r w:rsidRPr="00F7159F">
        <w:rPr>
          <w:lang w:val="ru-RU"/>
        </w:rPr>
        <w:t xml:space="preserve"> </w:t>
      </w:r>
      <w:proofErr w:type="spellStart"/>
      <w:r w:rsidRPr="00F7159F">
        <w:rPr>
          <w:lang w:val="ru-RU"/>
        </w:rPr>
        <w:t>пошту</w:t>
      </w:r>
      <w:proofErr w:type="spellEnd"/>
      <w:r w:rsidRPr="00F7159F">
        <w:rPr>
          <w:lang w:val="ru-RU"/>
        </w:rPr>
        <w:t xml:space="preserve"> та </w:t>
      </w:r>
      <w:proofErr w:type="spellStart"/>
      <w:r w:rsidRPr="00F7159F">
        <w:rPr>
          <w:lang w:val="ru-RU"/>
        </w:rPr>
        <w:t>оформлюються</w:t>
      </w:r>
      <w:proofErr w:type="spellEnd"/>
      <w:r w:rsidRPr="00F7159F">
        <w:rPr>
          <w:lang w:val="ru-RU"/>
        </w:rPr>
        <w:t xml:space="preserve"> як </w:t>
      </w:r>
      <w:proofErr w:type="spellStart"/>
      <w:r w:rsidRPr="00F7159F">
        <w:rPr>
          <w:lang w:val="ru-RU"/>
        </w:rPr>
        <w:t>частина</w:t>
      </w:r>
      <w:proofErr w:type="spellEnd"/>
      <w:r w:rsidRPr="00F7159F">
        <w:rPr>
          <w:lang w:val="ru-RU"/>
        </w:rPr>
        <w:t xml:space="preserve"> </w:t>
      </w:r>
      <w:proofErr w:type="spellStart"/>
      <w:r w:rsidRPr="00F7159F">
        <w:rPr>
          <w:lang w:val="ru-RU"/>
        </w:rPr>
        <w:t>ділового</w:t>
      </w:r>
      <w:proofErr w:type="spellEnd"/>
      <w:r w:rsidRPr="00F7159F">
        <w:rPr>
          <w:lang w:val="ru-RU"/>
        </w:rPr>
        <w:t xml:space="preserve"> </w:t>
      </w:r>
      <w:proofErr w:type="spellStart"/>
      <w:r w:rsidRPr="00F7159F">
        <w:rPr>
          <w:lang w:val="ru-RU"/>
        </w:rPr>
        <w:t>листування</w:t>
      </w:r>
      <w:proofErr w:type="spellEnd"/>
      <w:r w:rsidRPr="00F7159F">
        <w:rPr>
          <w:lang w:val="ru-RU"/>
        </w:rPr>
        <w:t>.</w:t>
      </w:r>
      <w:r w:rsidRPr="00F7159F">
        <w:rPr>
          <w:lang w:val="ru-RU"/>
        </w:rPr>
        <w:br/>
        <w:t xml:space="preserve">6.2. </w:t>
      </w:r>
      <w:proofErr w:type="spellStart"/>
      <w:r w:rsidRPr="00F7159F">
        <w:rPr>
          <w:lang w:val="ru-RU"/>
        </w:rPr>
        <w:t>Такі</w:t>
      </w:r>
      <w:proofErr w:type="spellEnd"/>
      <w:r w:rsidRPr="00F7159F">
        <w:rPr>
          <w:lang w:val="ru-RU"/>
        </w:rPr>
        <w:t xml:space="preserve"> </w:t>
      </w:r>
      <w:proofErr w:type="spellStart"/>
      <w:r w:rsidRPr="00F7159F">
        <w:rPr>
          <w:lang w:val="ru-RU"/>
        </w:rPr>
        <w:t>узгоджені</w:t>
      </w:r>
      <w:proofErr w:type="spellEnd"/>
      <w:r w:rsidRPr="00F7159F">
        <w:rPr>
          <w:lang w:val="ru-RU"/>
        </w:rPr>
        <w:t xml:space="preserve"> </w:t>
      </w:r>
      <w:proofErr w:type="spellStart"/>
      <w:r w:rsidRPr="00F7159F">
        <w:rPr>
          <w:lang w:val="ru-RU"/>
        </w:rPr>
        <w:t>умови</w:t>
      </w:r>
      <w:proofErr w:type="spellEnd"/>
      <w:r w:rsidRPr="00F7159F">
        <w:rPr>
          <w:lang w:val="ru-RU"/>
        </w:rPr>
        <w:t xml:space="preserve"> </w:t>
      </w:r>
      <w:proofErr w:type="spellStart"/>
      <w:r w:rsidRPr="00F7159F">
        <w:rPr>
          <w:lang w:val="ru-RU"/>
        </w:rPr>
        <w:t>є</w:t>
      </w:r>
      <w:proofErr w:type="spellEnd"/>
      <w:r w:rsidRPr="00F7159F">
        <w:rPr>
          <w:lang w:val="ru-RU"/>
        </w:rPr>
        <w:t xml:space="preserve"> невідʼємною </w:t>
      </w:r>
      <w:proofErr w:type="spellStart"/>
      <w:r w:rsidRPr="00F7159F">
        <w:rPr>
          <w:lang w:val="ru-RU"/>
        </w:rPr>
        <w:t>частиною</w:t>
      </w:r>
      <w:proofErr w:type="spellEnd"/>
      <w:r w:rsidRPr="00F7159F">
        <w:rPr>
          <w:lang w:val="ru-RU"/>
        </w:rPr>
        <w:t xml:space="preserve"> (</w:t>
      </w:r>
      <w:proofErr w:type="spellStart"/>
      <w:r w:rsidRPr="00F7159F">
        <w:rPr>
          <w:lang w:val="ru-RU"/>
        </w:rPr>
        <w:t>додатком</w:t>
      </w:r>
      <w:proofErr w:type="spellEnd"/>
      <w:r w:rsidRPr="00F7159F">
        <w:rPr>
          <w:lang w:val="ru-RU"/>
        </w:rPr>
        <w:t xml:space="preserve">) до </w:t>
      </w:r>
      <w:proofErr w:type="spellStart"/>
      <w:r w:rsidRPr="00F7159F">
        <w:rPr>
          <w:lang w:val="ru-RU"/>
        </w:rPr>
        <w:t>цього</w:t>
      </w:r>
      <w:proofErr w:type="spellEnd"/>
      <w:r w:rsidRPr="00F7159F">
        <w:rPr>
          <w:lang w:val="ru-RU"/>
        </w:rPr>
        <w:t xml:space="preserve"> договору.</w:t>
      </w:r>
      <w:r w:rsidRPr="00F7159F">
        <w:rPr>
          <w:lang w:val="ru-RU"/>
        </w:rPr>
        <w:br/>
        <w:t xml:space="preserve">6.3. Доставка </w:t>
      </w:r>
      <w:proofErr w:type="spellStart"/>
      <w:r w:rsidRPr="00F7159F">
        <w:rPr>
          <w:lang w:val="ru-RU"/>
        </w:rPr>
        <w:t>здійснюється</w:t>
      </w:r>
      <w:proofErr w:type="spellEnd"/>
      <w:r w:rsidRPr="00F7159F">
        <w:rPr>
          <w:lang w:val="ru-RU"/>
        </w:rPr>
        <w:t xml:space="preserve"> за </w:t>
      </w:r>
      <w:proofErr w:type="spellStart"/>
      <w:r w:rsidRPr="00F7159F">
        <w:rPr>
          <w:lang w:val="ru-RU"/>
        </w:rPr>
        <w:t>домовленістю</w:t>
      </w:r>
      <w:proofErr w:type="spellEnd"/>
      <w:r w:rsidRPr="00F7159F">
        <w:rPr>
          <w:lang w:val="ru-RU"/>
        </w:rPr>
        <w:t xml:space="preserve"> — за </w:t>
      </w:r>
      <w:proofErr w:type="spellStart"/>
      <w:r w:rsidRPr="00F7159F">
        <w:rPr>
          <w:lang w:val="ru-RU"/>
        </w:rPr>
        <w:t>рахунок</w:t>
      </w:r>
      <w:proofErr w:type="spellEnd"/>
      <w:r w:rsidRPr="00F7159F">
        <w:rPr>
          <w:lang w:val="ru-RU"/>
        </w:rPr>
        <w:t xml:space="preserve"> </w:t>
      </w:r>
      <w:proofErr w:type="spellStart"/>
      <w:r w:rsidRPr="00F7159F">
        <w:rPr>
          <w:lang w:val="ru-RU"/>
        </w:rPr>
        <w:t>Покупця</w:t>
      </w:r>
      <w:proofErr w:type="spellEnd"/>
      <w:r w:rsidRPr="00F7159F">
        <w:rPr>
          <w:lang w:val="ru-RU"/>
        </w:rPr>
        <w:t xml:space="preserve"> </w:t>
      </w:r>
      <w:proofErr w:type="spellStart"/>
      <w:r w:rsidRPr="00F7159F">
        <w:rPr>
          <w:lang w:val="ru-RU"/>
        </w:rPr>
        <w:t>або</w:t>
      </w:r>
      <w:proofErr w:type="spellEnd"/>
      <w:r w:rsidRPr="00F7159F">
        <w:rPr>
          <w:lang w:val="ru-RU"/>
        </w:rPr>
        <w:t xml:space="preserve"> на </w:t>
      </w:r>
      <w:proofErr w:type="spellStart"/>
      <w:r w:rsidRPr="00F7159F">
        <w:rPr>
          <w:lang w:val="ru-RU"/>
        </w:rPr>
        <w:t>умовах</w:t>
      </w:r>
      <w:proofErr w:type="spellEnd"/>
      <w:r w:rsidRPr="00F7159F">
        <w:rPr>
          <w:lang w:val="ru-RU"/>
        </w:rPr>
        <w:t xml:space="preserve">, </w:t>
      </w:r>
      <w:proofErr w:type="spellStart"/>
      <w:r w:rsidRPr="00F7159F">
        <w:rPr>
          <w:lang w:val="ru-RU"/>
        </w:rPr>
        <w:t>погоджених</w:t>
      </w:r>
      <w:proofErr w:type="spellEnd"/>
      <w:r w:rsidRPr="00F7159F">
        <w:rPr>
          <w:lang w:val="ru-RU"/>
        </w:rPr>
        <w:t xml:space="preserve"> </w:t>
      </w:r>
      <w:proofErr w:type="spellStart"/>
      <w:r w:rsidRPr="00F7159F">
        <w:rPr>
          <w:lang w:val="ru-RU"/>
        </w:rPr>
        <w:t>письмово</w:t>
      </w:r>
      <w:proofErr w:type="spellEnd"/>
      <w:r w:rsidRPr="00F7159F">
        <w:rPr>
          <w:lang w:val="ru-RU"/>
        </w:rPr>
        <w:t xml:space="preserve"> через </w:t>
      </w:r>
      <w:proofErr w:type="spellStart"/>
      <w:r w:rsidRPr="00F7159F">
        <w:rPr>
          <w:lang w:val="ru-RU"/>
        </w:rPr>
        <w:t>офіційну</w:t>
      </w:r>
      <w:proofErr w:type="spellEnd"/>
      <w:r w:rsidRPr="00F7159F">
        <w:rPr>
          <w:lang w:val="ru-RU"/>
        </w:rPr>
        <w:t xml:space="preserve"> </w:t>
      </w:r>
      <w:proofErr w:type="spellStart"/>
      <w:r w:rsidRPr="00F7159F">
        <w:rPr>
          <w:lang w:val="ru-RU"/>
        </w:rPr>
        <w:t>електронну</w:t>
      </w:r>
      <w:proofErr w:type="spellEnd"/>
      <w:r w:rsidRPr="00F7159F">
        <w:rPr>
          <w:lang w:val="ru-RU"/>
        </w:rPr>
        <w:t xml:space="preserve"> </w:t>
      </w:r>
      <w:proofErr w:type="spellStart"/>
      <w:r w:rsidRPr="00F7159F">
        <w:rPr>
          <w:lang w:val="ru-RU"/>
        </w:rPr>
        <w:t>пошту</w:t>
      </w:r>
      <w:proofErr w:type="spellEnd"/>
      <w:r w:rsidRPr="00F7159F">
        <w:rPr>
          <w:lang w:val="ru-RU"/>
        </w:rPr>
        <w:t xml:space="preserve">. За </w:t>
      </w:r>
      <w:proofErr w:type="spellStart"/>
      <w:r w:rsidRPr="00F7159F">
        <w:rPr>
          <w:lang w:val="ru-RU"/>
        </w:rPr>
        <w:t>необхідності</w:t>
      </w:r>
      <w:proofErr w:type="spellEnd"/>
      <w:r w:rsidRPr="00F7159F">
        <w:rPr>
          <w:lang w:val="ru-RU"/>
        </w:rPr>
        <w:t xml:space="preserve"> </w:t>
      </w:r>
      <w:proofErr w:type="spellStart"/>
      <w:r w:rsidRPr="00F7159F">
        <w:rPr>
          <w:lang w:val="ru-RU"/>
        </w:rPr>
        <w:t>можуть</w:t>
      </w:r>
      <w:proofErr w:type="spellEnd"/>
      <w:r w:rsidRPr="00F7159F">
        <w:rPr>
          <w:lang w:val="ru-RU"/>
        </w:rPr>
        <w:t xml:space="preserve"> </w:t>
      </w:r>
      <w:proofErr w:type="spellStart"/>
      <w:r w:rsidRPr="00F7159F">
        <w:rPr>
          <w:lang w:val="ru-RU"/>
        </w:rPr>
        <w:t>залучатися</w:t>
      </w:r>
      <w:proofErr w:type="spellEnd"/>
      <w:r w:rsidRPr="00F7159F">
        <w:rPr>
          <w:lang w:val="ru-RU"/>
        </w:rPr>
        <w:t xml:space="preserve"> </w:t>
      </w:r>
      <w:proofErr w:type="spellStart"/>
      <w:r w:rsidRPr="00F7159F">
        <w:rPr>
          <w:lang w:val="ru-RU"/>
        </w:rPr>
        <w:t>логістичні</w:t>
      </w:r>
      <w:proofErr w:type="spellEnd"/>
      <w:r w:rsidRPr="00F7159F">
        <w:rPr>
          <w:lang w:val="ru-RU"/>
        </w:rPr>
        <w:t xml:space="preserve"> </w:t>
      </w:r>
      <w:proofErr w:type="spellStart"/>
      <w:r w:rsidRPr="00F7159F">
        <w:rPr>
          <w:lang w:val="ru-RU"/>
        </w:rPr>
        <w:t>компанії</w:t>
      </w:r>
      <w:proofErr w:type="spellEnd"/>
      <w:r w:rsidRPr="00F7159F">
        <w:rPr>
          <w:lang w:val="ru-RU"/>
        </w:rPr>
        <w:t>.</w:t>
      </w:r>
    </w:p>
    <w:p w:rsidR="00A67EBD" w:rsidRPr="00F7159F" w:rsidRDefault="00F7159F">
      <w:pPr>
        <w:pStyle w:val="21"/>
        <w:rPr>
          <w:lang w:val="ru-RU"/>
        </w:rPr>
      </w:pPr>
      <w:r w:rsidRPr="00F7159F">
        <w:rPr>
          <w:lang w:val="ru-RU"/>
        </w:rPr>
        <w:t xml:space="preserve">7. </w:t>
      </w:r>
      <w:r w:rsidR="00732C87">
        <w:rPr>
          <w:lang w:val="uk-UA"/>
        </w:rPr>
        <w:t>Військові ризики та ф</w:t>
      </w:r>
      <w:r w:rsidRPr="00F7159F">
        <w:rPr>
          <w:lang w:val="ru-RU"/>
        </w:rPr>
        <w:t>орс-мажор</w:t>
      </w:r>
    </w:p>
    <w:p w:rsidR="00F4190E" w:rsidRPr="00540C88" w:rsidRDefault="00F4190E" w:rsidP="00F4190E">
      <w:pPr>
        <w:spacing w:after="0" w:line="240" w:lineRule="auto"/>
        <w:rPr>
          <w:rFonts w:eastAsia="Times New Roman" w:cs="Times New Roman"/>
          <w:lang w:val="uk-UA" w:eastAsia="uk-UA"/>
        </w:rPr>
      </w:pPr>
      <w:r w:rsidRPr="00F4190E">
        <w:rPr>
          <w:rFonts w:eastAsia="Times New Roman" w:cs="Times New Roman"/>
          <w:bCs/>
          <w:lang w:val="uk-UA" w:eastAsia="uk-UA"/>
        </w:rPr>
        <w:t>7.1</w:t>
      </w:r>
      <w:r w:rsidRPr="00F4190E">
        <w:rPr>
          <w:rFonts w:eastAsia="Times New Roman" w:cs="Times New Roman"/>
          <w:b/>
          <w:bCs/>
          <w:lang w:val="uk-UA" w:eastAsia="uk-UA"/>
        </w:rPr>
        <w:t>.</w:t>
      </w:r>
      <w:r w:rsidRPr="00F4190E">
        <w:rPr>
          <w:rFonts w:eastAsia="Times New Roman" w:cs="Times New Roman"/>
          <w:lang w:val="uk-UA" w:eastAsia="uk-UA"/>
        </w:rPr>
        <w:t xml:space="preserve"> Сторони визнають, що збройна агресія проти України, бойові дії, ракетні удари, атаки безпілотних літальних апаратів (БПЛА), артилерійські обстріли, терористичні акти, диверсії, окупація територій, вибухи, пожежі, запровадження або дія воєнного стану, мобілізаційні заходи, евакуація, перебої або припинення роботи енергетичної, транспортної, телекомунікаційної та іншої критичної інфраструктури, рішення органів державної влади, військового командування чи військових адміністрацій, а також будь-які інші обставини, що виникли внаслідок військової агресії проти України та об’єктивно унеможливлюють або істотно ускладнюють виконання зобов’язань за цим договором, є форс-мажорними обставинами.</w:t>
      </w:r>
      <w:r w:rsidRPr="00F4190E">
        <w:rPr>
          <w:rFonts w:eastAsia="Times New Roman" w:cs="Times New Roman"/>
          <w:lang w:val="uk-UA" w:eastAsia="uk-UA"/>
        </w:rPr>
        <w:br/>
      </w:r>
      <w:r w:rsidRPr="00F4190E">
        <w:rPr>
          <w:rFonts w:eastAsia="Times New Roman" w:cs="Times New Roman"/>
          <w:lang w:val="uk-UA" w:eastAsia="uk-UA"/>
        </w:rPr>
        <w:br/>
      </w:r>
      <w:r w:rsidRPr="00F4190E">
        <w:rPr>
          <w:rFonts w:eastAsia="Times New Roman" w:cs="Times New Roman"/>
          <w:bCs/>
          <w:lang w:val="uk-UA" w:eastAsia="uk-UA"/>
        </w:rPr>
        <w:t>7.2.</w:t>
      </w:r>
      <w:r w:rsidRPr="00F4190E">
        <w:rPr>
          <w:rFonts w:eastAsia="Times New Roman" w:cs="Times New Roman"/>
          <w:lang w:val="uk-UA" w:eastAsia="uk-UA"/>
        </w:rPr>
        <w:t xml:space="preserve"> Якщо обставини, зазначені у пункті 7.1 цього договору, мають тимчасовий характер і не виключають можливості виконання замовлення, строк виготовлення та/або поставки продукції автоматично продовжується на весь період дії таких обставин, а також на строк, об’єктивно необхідний Продавцю для відновлення виробництва, забезпечення матеріалами та комплектуючими, відновлення логістики, роботи персоналу та виконання накопичених замовлень після припинення дії таких обставин.</w:t>
      </w:r>
      <w:r w:rsidRPr="00F4190E">
        <w:rPr>
          <w:rFonts w:eastAsia="Times New Roman" w:cs="Times New Roman"/>
          <w:lang w:val="uk-UA" w:eastAsia="uk-UA"/>
        </w:rPr>
        <w:br/>
      </w:r>
      <w:r w:rsidRPr="00F4190E">
        <w:rPr>
          <w:rFonts w:eastAsia="Times New Roman" w:cs="Times New Roman"/>
          <w:lang w:val="uk-UA" w:eastAsia="uk-UA"/>
        </w:rPr>
        <w:br/>
      </w:r>
      <w:r w:rsidRPr="00F4190E">
        <w:rPr>
          <w:rFonts w:eastAsia="Times New Roman" w:cs="Times New Roman"/>
          <w:bCs/>
          <w:lang w:val="uk-UA" w:eastAsia="uk-UA"/>
        </w:rPr>
        <w:t>7.3.</w:t>
      </w:r>
      <w:r w:rsidRPr="00F4190E">
        <w:rPr>
          <w:rFonts w:eastAsia="Times New Roman" w:cs="Times New Roman"/>
          <w:lang w:val="uk-UA" w:eastAsia="uk-UA"/>
        </w:rPr>
        <w:t xml:space="preserve"> Якщо внаслідок обставин, зазначених у пункті 7.1 цього договору, виконання замовлення стало остаточно неможливим у зв’язку зі знищенням, критичним пошкодженням або втратою виробничих потужностей, обладнання, матеріалів, комплектуючих, виробничих запасів, готової чи незавершеної продукції або з інших причин, що об’єктивно виключають можливість виконання замовлення, Продавець звільняється від відповідальності за повне або часткове невиконання, неналежне виконання чи прострочення виконання своїх зобов’язань. У такому випадку взаємні права та обов’язки сторін щодо понесених витрат і здійснених оплат визначаються відповідно до пункту 7.4 цього договору.</w:t>
      </w:r>
      <w:r w:rsidRPr="00F4190E">
        <w:rPr>
          <w:rFonts w:eastAsia="Times New Roman" w:cs="Times New Roman"/>
          <w:lang w:val="uk-UA" w:eastAsia="uk-UA"/>
        </w:rPr>
        <w:br/>
      </w:r>
      <w:r w:rsidRPr="00F4190E">
        <w:rPr>
          <w:rFonts w:eastAsia="Times New Roman" w:cs="Times New Roman"/>
          <w:lang w:val="uk-UA" w:eastAsia="uk-UA"/>
        </w:rPr>
        <w:br/>
      </w:r>
      <w:r w:rsidRPr="00F4190E">
        <w:rPr>
          <w:rFonts w:eastAsia="Times New Roman" w:cs="Times New Roman"/>
          <w:bCs/>
          <w:lang w:val="uk-UA" w:eastAsia="uk-UA"/>
        </w:rPr>
        <w:t>7.4.</w:t>
      </w:r>
      <w:r w:rsidRPr="00F4190E">
        <w:rPr>
          <w:rFonts w:eastAsia="Times New Roman" w:cs="Times New Roman"/>
          <w:lang w:val="uk-UA" w:eastAsia="uk-UA"/>
        </w:rPr>
        <w:t xml:space="preserve"> Покупець підтверджує, що йому відомо про здійснення Продавцем виробничої діяльності в умовах воєнного стану, постійної загрози ракетних ударів, атак безпілотних літальних апаратів (БПЛА), артилерійських обстрілів, терористичних актів, диверсій, окупації територій, пошкодження або знищення об’єктів енергетичної, транспортної та виробничої інфраструктури, а також інших наслідків збройної агресії проти України, які можуть призвести до повного або часткового знищення виробничих потужностей, обладнання, матеріалів, комплектуючих, готової або незавершеної продукції, неможливості виробництва чи поставки продукції. Оформлюючи замовлення та здійснюючи його оплату, Покупець підтверджує, що зазначені ризики є для нього зрозумілими, прийнятними та врахованими ним під час укладення цього договору, і добровільно погоджується на встановлений цим договором порядок розподілу таких ризиків.</w:t>
      </w:r>
      <w:r w:rsidRPr="00F4190E">
        <w:rPr>
          <w:rFonts w:eastAsia="Times New Roman" w:cs="Times New Roman"/>
          <w:lang w:val="uk-UA" w:eastAsia="uk-UA"/>
        </w:rPr>
        <w:br/>
      </w:r>
      <w:r w:rsidRPr="00F4190E">
        <w:rPr>
          <w:rFonts w:eastAsia="Times New Roman" w:cs="Times New Roman"/>
          <w:lang w:val="uk-UA" w:eastAsia="uk-UA"/>
        </w:rPr>
        <w:br/>
      </w:r>
      <w:r w:rsidRPr="00F4190E">
        <w:rPr>
          <w:rFonts w:eastAsia="Times New Roman" w:cs="Times New Roman"/>
          <w:lang w:val="uk-UA" w:eastAsia="uk-UA"/>
        </w:rPr>
        <w:lastRenderedPageBreak/>
        <w:t>У разі, якщо внаслідок зазначених обставин виконання замовлення стало повністю або частково неможливим, Покупець несе ризик фактично понесених Продавцем витрат, пов’язаних із виконанням відповідного замовлення. До таких витрат належать, зокрема, вартість матеріалів, сировини, комплектуючих, виробничих запасів, необхідних для виконання замовлення незалежно від дати їх придбання, вартість виготовленої або незавершеної продукції, виконаних робіт, витрати на оплату праці, логістику, енергоносії, експлуатацію обладнання, а також інші витрати, безпосередньо пов’язані з виконанням замовлення. Матеріали, сировина, комплектуючі та інші виробничі запаси не вважаються такими, що не пов’язані із замовленням, лише з тієї підстави, що вони були придбані до оформлення конкретного замовлення або використовуються для виконання кількох замовлень одночасно.</w:t>
      </w:r>
      <w:r w:rsidRPr="00F4190E">
        <w:rPr>
          <w:rFonts w:eastAsia="Times New Roman" w:cs="Times New Roman"/>
          <w:lang w:val="uk-UA" w:eastAsia="uk-UA"/>
        </w:rPr>
        <w:br/>
      </w:r>
      <w:r w:rsidRPr="00F4190E">
        <w:rPr>
          <w:rFonts w:eastAsia="Times New Roman" w:cs="Times New Roman"/>
          <w:lang w:val="uk-UA" w:eastAsia="uk-UA"/>
        </w:rPr>
        <w:br/>
        <w:t>Факт настання зазначених у цьому пункті обставин може підтверджуватися, зокрема, документами компетентних державних органів, правоохоронних органів, органів місцевого самоврядування, ДСНС, військових адміністрацій, Торгово-промислової палати України (у випадках, коли її висновок вимагається законодавством), а також ін</w:t>
      </w:r>
      <w:r w:rsidR="00540C88" w:rsidRPr="00540C88">
        <w:rPr>
          <w:rFonts w:eastAsia="Times New Roman" w:cs="Times New Roman"/>
          <w:lang w:val="uk-UA" w:eastAsia="uk-UA"/>
        </w:rPr>
        <w:t>шими належними доказами.</w:t>
      </w:r>
      <w:r w:rsidR="00540C88" w:rsidRPr="00540C88">
        <w:rPr>
          <w:rFonts w:eastAsia="Times New Roman" w:cs="Times New Roman"/>
          <w:lang w:val="uk-UA" w:eastAsia="uk-UA"/>
        </w:rPr>
        <w:br/>
      </w:r>
      <w:r w:rsidRPr="00F4190E">
        <w:rPr>
          <w:rFonts w:eastAsia="Times New Roman" w:cs="Times New Roman"/>
          <w:lang w:val="uk-UA" w:eastAsia="uk-UA"/>
        </w:rPr>
        <w:t>Наявність та розмір фактично понесених витрат підтверджуються бухгалтерськими, складськими, виробничими, фінансовими та іншими первинними документами Продавця.</w:t>
      </w:r>
      <w:r w:rsidRPr="00F4190E">
        <w:rPr>
          <w:rFonts w:eastAsia="Times New Roman" w:cs="Times New Roman"/>
          <w:lang w:val="uk-UA" w:eastAsia="uk-UA"/>
        </w:rPr>
        <w:br/>
      </w:r>
      <w:r w:rsidRPr="00F4190E">
        <w:rPr>
          <w:rFonts w:eastAsia="Times New Roman" w:cs="Times New Roman"/>
          <w:lang w:val="uk-UA" w:eastAsia="uk-UA"/>
        </w:rPr>
        <w:br/>
        <w:t>Попередня оплата Покупця в першу чергу використовується для відшкодування зазначених витрат. Якщо сума попередньої оплати перевищує суму фактично понесених Продавцем витрат, різниця повертається Покупцю. Якщо сума попередньої оплати є меншою за суму фактично понесених витрат, Покупець зобов’язаний відшкодувати Продавцю різницю. Сторони підтверджують, що наведений у цьому пункті порядок розподілу воєнних ризиків та відшкодування витрат є результатом їх взаємної домовленості, відповідає принципам добросовісності та справедливості і враховує здійснення виробничої діяльності Продавцем в умовах воєнного стану.</w:t>
      </w:r>
      <w:r w:rsidRPr="00F4190E">
        <w:rPr>
          <w:rFonts w:eastAsia="Times New Roman" w:cs="Times New Roman"/>
          <w:lang w:val="uk-UA" w:eastAsia="uk-UA"/>
        </w:rPr>
        <w:br/>
      </w:r>
      <w:r w:rsidRPr="00F4190E">
        <w:rPr>
          <w:rFonts w:eastAsia="Times New Roman" w:cs="Times New Roman"/>
          <w:lang w:val="uk-UA" w:eastAsia="uk-UA"/>
        </w:rPr>
        <w:br/>
      </w:r>
      <w:r w:rsidRPr="00F4190E">
        <w:rPr>
          <w:rFonts w:eastAsia="Times New Roman" w:cs="Times New Roman"/>
          <w:bCs/>
          <w:lang w:val="uk-UA" w:eastAsia="uk-UA"/>
        </w:rPr>
        <w:t>7.5.</w:t>
      </w:r>
      <w:r w:rsidRPr="00F4190E">
        <w:rPr>
          <w:rFonts w:eastAsia="Times New Roman" w:cs="Times New Roman"/>
          <w:lang w:val="uk-UA" w:eastAsia="uk-UA"/>
        </w:rPr>
        <w:t xml:space="preserve"> Оплата рахунку Продавця є повним та безумовним акцептом цієї Публічної оферти. Покупець підтверджує, що до моменту оплати повністю ознайомився з умовами цього договору, у тому числі з положеннями цього розділу щодо військових ризиків, форс-мажорних обставин, порядку продовження строків виконання замовлення, розподілу воєнних ризиків та відшкодування витрат, повністю їх зрозумів, приймає без будь-яких застережень та погоджується з ними.</w:t>
      </w:r>
    </w:p>
    <w:p w:rsidR="00540C88" w:rsidRPr="00F4190E" w:rsidRDefault="00540C88" w:rsidP="00F4190E">
      <w:pPr>
        <w:spacing w:after="0" w:line="240" w:lineRule="auto"/>
        <w:rPr>
          <w:rFonts w:eastAsia="Times New Roman" w:cs="Times New Roman"/>
          <w:lang w:val="uk-UA" w:eastAsia="uk-UA"/>
        </w:rPr>
      </w:pPr>
    </w:p>
    <w:p w:rsidR="00A67EBD" w:rsidRPr="00F7159F" w:rsidRDefault="00F7159F" w:rsidP="00732C87">
      <w:pPr>
        <w:rPr>
          <w:lang w:val="ru-RU"/>
        </w:rPr>
      </w:pPr>
      <w:r w:rsidRPr="002B3535">
        <w:rPr>
          <w:rFonts w:asciiTheme="majorHAnsi" w:eastAsiaTheme="majorEastAsia" w:hAnsiTheme="majorHAnsi" w:cstheme="majorBidi"/>
          <w:b/>
          <w:bCs/>
          <w:color w:val="4F81BD" w:themeColor="accent1"/>
          <w:sz w:val="26"/>
          <w:szCs w:val="26"/>
          <w:lang w:val="ru-RU"/>
        </w:rPr>
        <w:t>8</w:t>
      </w:r>
      <w:r w:rsidRPr="00F7159F">
        <w:rPr>
          <w:lang w:val="ru-RU"/>
        </w:rPr>
        <w:t xml:space="preserve">. </w:t>
      </w:r>
      <w:proofErr w:type="spellStart"/>
      <w:r w:rsidRPr="002B3535">
        <w:rPr>
          <w:rFonts w:asciiTheme="majorHAnsi" w:eastAsiaTheme="majorEastAsia" w:hAnsiTheme="majorHAnsi" w:cstheme="majorBidi"/>
          <w:b/>
          <w:bCs/>
          <w:color w:val="4F81BD" w:themeColor="accent1"/>
          <w:sz w:val="26"/>
          <w:szCs w:val="26"/>
          <w:lang w:val="ru-RU"/>
        </w:rPr>
        <w:t>Документообіг</w:t>
      </w:r>
      <w:proofErr w:type="spellEnd"/>
    </w:p>
    <w:p w:rsidR="00A67EBD" w:rsidRPr="00F7159F" w:rsidRDefault="00F7159F">
      <w:pPr>
        <w:rPr>
          <w:lang w:val="ru-RU"/>
        </w:rPr>
      </w:pPr>
      <w:r w:rsidRPr="00F7159F">
        <w:rPr>
          <w:lang w:val="ru-RU"/>
        </w:rPr>
        <w:t xml:space="preserve">8.1. </w:t>
      </w:r>
      <w:proofErr w:type="spellStart"/>
      <w:r w:rsidRPr="00F7159F">
        <w:rPr>
          <w:lang w:val="ru-RU"/>
        </w:rPr>
        <w:t>Документообіг</w:t>
      </w:r>
      <w:proofErr w:type="spellEnd"/>
      <w:r w:rsidRPr="00F7159F">
        <w:rPr>
          <w:lang w:val="ru-RU"/>
        </w:rPr>
        <w:t xml:space="preserve"> </w:t>
      </w:r>
      <w:proofErr w:type="spellStart"/>
      <w:r w:rsidRPr="00F7159F">
        <w:rPr>
          <w:lang w:val="ru-RU"/>
        </w:rPr>
        <w:t>між</w:t>
      </w:r>
      <w:proofErr w:type="spellEnd"/>
      <w:r w:rsidRPr="00F7159F">
        <w:rPr>
          <w:lang w:val="ru-RU"/>
        </w:rPr>
        <w:t xml:space="preserve"> Сторонами </w:t>
      </w:r>
      <w:proofErr w:type="spellStart"/>
      <w:r w:rsidRPr="00F7159F">
        <w:rPr>
          <w:lang w:val="ru-RU"/>
        </w:rPr>
        <w:t>може</w:t>
      </w:r>
      <w:proofErr w:type="spellEnd"/>
      <w:r w:rsidRPr="00F7159F">
        <w:rPr>
          <w:lang w:val="ru-RU"/>
        </w:rPr>
        <w:t xml:space="preserve"> </w:t>
      </w:r>
      <w:proofErr w:type="spellStart"/>
      <w:r w:rsidRPr="00F7159F">
        <w:rPr>
          <w:lang w:val="ru-RU"/>
        </w:rPr>
        <w:t>здійснюватися</w:t>
      </w:r>
      <w:proofErr w:type="spellEnd"/>
      <w:r w:rsidRPr="00F7159F">
        <w:rPr>
          <w:lang w:val="ru-RU"/>
        </w:rPr>
        <w:t xml:space="preserve"> як у </w:t>
      </w:r>
      <w:proofErr w:type="spellStart"/>
      <w:r w:rsidRPr="00F7159F">
        <w:rPr>
          <w:lang w:val="ru-RU"/>
        </w:rPr>
        <w:t>паперовій</w:t>
      </w:r>
      <w:proofErr w:type="spellEnd"/>
      <w:r w:rsidRPr="00F7159F">
        <w:rPr>
          <w:lang w:val="ru-RU"/>
        </w:rPr>
        <w:t xml:space="preserve">, так </w:t>
      </w:r>
      <w:proofErr w:type="spellStart"/>
      <w:r w:rsidRPr="00F7159F">
        <w:rPr>
          <w:lang w:val="ru-RU"/>
        </w:rPr>
        <w:t>і</w:t>
      </w:r>
      <w:proofErr w:type="spellEnd"/>
      <w:r w:rsidRPr="00F7159F">
        <w:rPr>
          <w:lang w:val="ru-RU"/>
        </w:rPr>
        <w:t xml:space="preserve"> в </w:t>
      </w:r>
      <w:proofErr w:type="spellStart"/>
      <w:r w:rsidRPr="00F7159F">
        <w:rPr>
          <w:lang w:val="ru-RU"/>
        </w:rPr>
        <w:t>електронній</w:t>
      </w:r>
      <w:proofErr w:type="spellEnd"/>
      <w:r w:rsidRPr="00F7159F">
        <w:rPr>
          <w:lang w:val="ru-RU"/>
        </w:rPr>
        <w:t xml:space="preserve"> </w:t>
      </w:r>
      <w:proofErr w:type="spellStart"/>
      <w:r w:rsidRPr="00F7159F">
        <w:rPr>
          <w:lang w:val="ru-RU"/>
        </w:rPr>
        <w:t>формі</w:t>
      </w:r>
      <w:proofErr w:type="spellEnd"/>
      <w:r w:rsidRPr="00F7159F">
        <w:rPr>
          <w:lang w:val="ru-RU"/>
        </w:rPr>
        <w:t>.</w:t>
      </w:r>
      <w:r w:rsidRPr="00F7159F">
        <w:rPr>
          <w:lang w:val="ru-RU"/>
        </w:rPr>
        <w:br/>
        <w:t xml:space="preserve">8.2. </w:t>
      </w:r>
      <w:proofErr w:type="spellStart"/>
      <w:r w:rsidRPr="00F7159F">
        <w:rPr>
          <w:lang w:val="ru-RU"/>
        </w:rPr>
        <w:t>Постачальник</w:t>
      </w:r>
      <w:proofErr w:type="spellEnd"/>
      <w:r w:rsidRPr="00F7159F">
        <w:rPr>
          <w:lang w:val="ru-RU"/>
        </w:rPr>
        <w:t xml:space="preserve"> </w:t>
      </w:r>
      <w:proofErr w:type="spellStart"/>
      <w:r w:rsidRPr="00F7159F">
        <w:rPr>
          <w:lang w:val="ru-RU"/>
        </w:rPr>
        <w:t>надає</w:t>
      </w:r>
      <w:proofErr w:type="spellEnd"/>
      <w:r w:rsidRPr="00F7159F">
        <w:rPr>
          <w:lang w:val="ru-RU"/>
        </w:rPr>
        <w:t xml:space="preserve"> </w:t>
      </w:r>
      <w:proofErr w:type="spellStart"/>
      <w:r w:rsidRPr="00F7159F">
        <w:rPr>
          <w:lang w:val="ru-RU"/>
        </w:rPr>
        <w:t>перевагу</w:t>
      </w:r>
      <w:proofErr w:type="spellEnd"/>
      <w:r w:rsidRPr="00F7159F">
        <w:rPr>
          <w:lang w:val="ru-RU"/>
        </w:rPr>
        <w:t xml:space="preserve"> </w:t>
      </w:r>
      <w:proofErr w:type="spellStart"/>
      <w:r w:rsidRPr="00F7159F">
        <w:rPr>
          <w:lang w:val="ru-RU"/>
        </w:rPr>
        <w:t>електронному</w:t>
      </w:r>
      <w:proofErr w:type="spellEnd"/>
      <w:r w:rsidRPr="00F7159F">
        <w:rPr>
          <w:lang w:val="ru-RU"/>
        </w:rPr>
        <w:t xml:space="preserve"> </w:t>
      </w:r>
      <w:proofErr w:type="spellStart"/>
      <w:r w:rsidRPr="00F7159F">
        <w:rPr>
          <w:lang w:val="ru-RU"/>
        </w:rPr>
        <w:t>документообігу</w:t>
      </w:r>
      <w:proofErr w:type="spellEnd"/>
      <w:r w:rsidRPr="00F7159F">
        <w:rPr>
          <w:lang w:val="ru-RU"/>
        </w:rPr>
        <w:t xml:space="preserve"> за </w:t>
      </w:r>
      <w:proofErr w:type="spellStart"/>
      <w:r w:rsidRPr="00F7159F">
        <w:rPr>
          <w:lang w:val="ru-RU"/>
        </w:rPr>
        <w:t>допомогою</w:t>
      </w:r>
      <w:proofErr w:type="spellEnd"/>
      <w:r w:rsidRPr="00F7159F">
        <w:rPr>
          <w:lang w:val="ru-RU"/>
        </w:rPr>
        <w:t xml:space="preserve"> </w:t>
      </w:r>
      <w:proofErr w:type="spellStart"/>
      <w:r w:rsidRPr="00F7159F">
        <w:rPr>
          <w:lang w:val="ru-RU"/>
        </w:rPr>
        <w:t>сервісів</w:t>
      </w:r>
      <w:proofErr w:type="spellEnd"/>
      <w:r w:rsidRPr="00F7159F">
        <w:rPr>
          <w:lang w:val="ru-RU"/>
        </w:rPr>
        <w:t xml:space="preserve"> типу </w:t>
      </w:r>
      <w:r>
        <w:t>M</w:t>
      </w:r>
      <w:r w:rsidRPr="00F7159F">
        <w:rPr>
          <w:lang w:val="ru-RU"/>
        </w:rPr>
        <w:t>.</w:t>
      </w:r>
      <w:r>
        <w:t>E</w:t>
      </w:r>
      <w:r w:rsidRPr="00F7159F">
        <w:rPr>
          <w:lang w:val="ru-RU"/>
        </w:rPr>
        <w:t>.</w:t>
      </w:r>
      <w:r>
        <w:t>Doc</w:t>
      </w:r>
      <w:r w:rsidRPr="00F7159F">
        <w:rPr>
          <w:lang w:val="ru-RU"/>
        </w:rPr>
        <w:t>, «</w:t>
      </w:r>
      <w:proofErr w:type="spellStart"/>
      <w:r w:rsidRPr="00F7159F">
        <w:rPr>
          <w:lang w:val="ru-RU"/>
        </w:rPr>
        <w:t>Вчасно</w:t>
      </w:r>
      <w:proofErr w:type="spellEnd"/>
      <w:r w:rsidRPr="00F7159F">
        <w:rPr>
          <w:lang w:val="ru-RU"/>
        </w:rPr>
        <w:t xml:space="preserve">», </w:t>
      </w:r>
      <w:r>
        <w:t>Paperless</w:t>
      </w:r>
      <w:r w:rsidRPr="00F7159F">
        <w:rPr>
          <w:lang w:val="ru-RU"/>
        </w:rPr>
        <w:t xml:space="preserve"> </w:t>
      </w:r>
      <w:proofErr w:type="spellStart"/>
      <w:r w:rsidRPr="00F7159F">
        <w:rPr>
          <w:lang w:val="ru-RU"/>
        </w:rPr>
        <w:t>або</w:t>
      </w:r>
      <w:proofErr w:type="spellEnd"/>
      <w:r w:rsidRPr="00F7159F">
        <w:rPr>
          <w:lang w:val="ru-RU"/>
        </w:rPr>
        <w:t xml:space="preserve"> </w:t>
      </w:r>
      <w:proofErr w:type="spellStart"/>
      <w:r w:rsidRPr="00F7159F">
        <w:rPr>
          <w:lang w:val="ru-RU"/>
        </w:rPr>
        <w:t>інших</w:t>
      </w:r>
      <w:proofErr w:type="spellEnd"/>
      <w:r w:rsidRPr="00F7159F">
        <w:rPr>
          <w:lang w:val="ru-RU"/>
        </w:rPr>
        <w:t xml:space="preserve"> систем, </w:t>
      </w:r>
      <w:proofErr w:type="spellStart"/>
      <w:r w:rsidRPr="00F7159F">
        <w:rPr>
          <w:lang w:val="ru-RU"/>
        </w:rPr>
        <w:t>які</w:t>
      </w:r>
      <w:proofErr w:type="spellEnd"/>
      <w:r w:rsidRPr="00F7159F">
        <w:rPr>
          <w:lang w:val="ru-RU"/>
        </w:rPr>
        <w:t xml:space="preserve"> </w:t>
      </w:r>
      <w:proofErr w:type="spellStart"/>
      <w:r w:rsidRPr="00F7159F">
        <w:rPr>
          <w:lang w:val="ru-RU"/>
        </w:rPr>
        <w:t>відповідають</w:t>
      </w:r>
      <w:proofErr w:type="spellEnd"/>
      <w:r w:rsidRPr="00F7159F">
        <w:rPr>
          <w:lang w:val="ru-RU"/>
        </w:rPr>
        <w:t xml:space="preserve"> </w:t>
      </w:r>
      <w:proofErr w:type="spellStart"/>
      <w:r w:rsidRPr="00F7159F">
        <w:rPr>
          <w:lang w:val="ru-RU"/>
        </w:rPr>
        <w:t>законодавству</w:t>
      </w:r>
      <w:proofErr w:type="spellEnd"/>
      <w:r w:rsidRPr="00F7159F">
        <w:rPr>
          <w:lang w:val="ru-RU"/>
        </w:rPr>
        <w:t xml:space="preserve"> </w:t>
      </w:r>
      <w:proofErr w:type="spellStart"/>
      <w:r w:rsidRPr="00F7159F">
        <w:rPr>
          <w:lang w:val="ru-RU"/>
        </w:rPr>
        <w:t>України</w:t>
      </w:r>
      <w:proofErr w:type="spellEnd"/>
      <w:r w:rsidRPr="00F7159F">
        <w:rPr>
          <w:lang w:val="ru-RU"/>
        </w:rPr>
        <w:t>.</w:t>
      </w:r>
      <w:r w:rsidRPr="00F7159F">
        <w:rPr>
          <w:lang w:val="ru-RU"/>
        </w:rPr>
        <w:br/>
        <w:t xml:space="preserve">8.3. </w:t>
      </w:r>
      <w:proofErr w:type="spellStart"/>
      <w:r w:rsidRPr="00F7159F">
        <w:rPr>
          <w:lang w:val="ru-RU"/>
        </w:rPr>
        <w:t>Документи</w:t>
      </w:r>
      <w:proofErr w:type="spellEnd"/>
      <w:r w:rsidRPr="00F7159F">
        <w:rPr>
          <w:lang w:val="ru-RU"/>
        </w:rPr>
        <w:t xml:space="preserve">, </w:t>
      </w:r>
      <w:proofErr w:type="spellStart"/>
      <w:r w:rsidRPr="00F7159F">
        <w:rPr>
          <w:lang w:val="ru-RU"/>
        </w:rPr>
        <w:t>оформлені</w:t>
      </w:r>
      <w:proofErr w:type="spellEnd"/>
      <w:r w:rsidRPr="00F7159F">
        <w:rPr>
          <w:lang w:val="ru-RU"/>
        </w:rPr>
        <w:t xml:space="preserve"> </w:t>
      </w:r>
      <w:proofErr w:type="spellStart"/>
      <w:r w:rsidRPr="00F7159F">
        <w:rPr>
          <w:lang w:val="ru-RU"/>
        </w:rPr>
        <w:t>з</w:t>
      </w:r>
      <w:proofErr w:type="spellEnd"/>
      <w:r w:rsidRPr="00F7159F">
        <w:rPr>
          <w:lang w:val="ru-RU"/>
        </w:rPr>
        <w:t xml:space="preserve"> </w:t>
      </w:r>
      <w:proofErr w:type="spellStart"/>
      <w:r w:rsidRPr="00F7159F">
        <w:rPr>
          <w:lang w:val="ru-RU"/>
        </w:rPr>
        <w:t>використанням</w:t>
      </w:r>
      <w:proofErr w:type="spellEnd"/>
      <w:r w:rsidRPr="00F7159F">
        <w:rPr>
          <w:lang w:val="ru-RU"/>
        </w:rPr>
        <w:t xml:space="preserve"> КЕП (</w:t>
      </w:r>
      <w:proofErr w:type="spellStart"/>
      <w:r w:rsidRPr="00F7159F">
        <w:rPr>
          <w:lang w:val="ru-RU"/>
        </w:rPr>
        <w:t>кваліфікованого</w:t>
      </w:r>
      <w:proofErr w:type="spellEnd"/>
      <w:r w:rsidRPr="00F7159F">
        <w:rPr>
          <w:lang w:val="ru-RU"/>
        </w:rPr>
        <w:t xml:space="preserve"> </w:t>
      </w:r>
      <w:proofErr w:type="spellStart"/>
      <w:r w:rsidRPr="00F7159F">
        <w:rPr>
          <w:lang w:val="ru-RU"/>
        </w:rPr>
        <w:t>електронного</w:t>
      </w:r>
      <w:proofErr w:type="spellEnd"/>
      <w:r w:rsidRPr="00F7159F">
        <w:rPr>
          <w:lang w:val="ru-RU"/>
        </w:rPr>
        <w:t xml:space="preserve"> </w:t>
      </w:r>
      <w:proofErr w:type="spellStart"/>
      <w:r w:rsidRPr="00F7159F">
        <w:rPr>
          <w:lang w:val="ru-RU"/>
        </w:rPr>
        <w:t>підпису</w:t>
      </w:r>
      <w:proofErr w:type="spellEnd"/>
      <w:r w:rsidRPr="00F7159F">
        <w:rPr>
          <w:lang w:val="ru-RU"/>
        </w:rPr>
        <w:t xml:space="preserve">), </w:t>
      </w:r>
      <w:proofErr w:type="spellStart"/>
      <w:r w:rsidRPr="00F7159F">
        <w:rPr>
          <w:lang w:val="ru-RU"/>
        </w:rPr>
        <w:t>мають</w:t>
      </w:r>
      <w:proofErr w:type="spellEnd"/>
      <w:r w:rsidRPr="00F7159F">
        <w:rPr>
          <w:lang w:val="ru-RU"/>
        </w:rPr>
        <w:t xml:space="preserve"> </w:t>
      </w:r>
      <w:proofErr w:type="spellStart"/>
      <w:r w:rsidRPr="00F7159F">
        <w:rPr>
          <w:lang w:val="ru-RU"/>
        </w:rPr>
        <w:t>рівну</w:t>
      </w:r>
      <w:proofErr w:type="spellEnd"/>
      <w:r w:rsidRPr="00F7159F">
        <w:rPr>
          <w:lang w:val="ru-RU"/>
        </w:rPr>
        <w:t xml:space="preserve"> </w:t>
      </w:r>
      <w:proofErr w:type="spellStart"/>
      <w:r w:rsidRPr="00F7159F">
        <w:rPr>
          <w:lang w:val="ru-RU"/>
        </w:rPr>
        <w:t>юридичну</w:t>
      </w:r>
      <w:proofErr w:type="spellEnd"/>
      <w:r w:rsidRPr="00F7159F">
        <w:rPr>
          <w:lang w:val="ru-RU"/>
        </w:rPr>
        <w:t xml:space="preserve"> силу </w:t>
      </w:r>
      <w:proofErr w:type="spellStart"/>
      <w:r w:rsidRPr="00F7159F">
        <w:rPr>
          <w:lang w:val="ru-RU"/>
        </w:rPr>
        <w:t>з</w:t>
      </w:r>
      <w:proofErr w:type="spellEnd"/>
      <w:r w:rsidRPr="00F7159F">
        <w:rPr>
          <w:lang w:val="ru-RU"/>
        </w:rPr>
        <w:t xml:space="preserve"> </w:t>
      </w:r>
      <w:proofErr w:type="spellStart"/>
      <w:r w:rsidRPr="00F7159F">
        <w:rPr>
          <w:lang w:val="ru-RU"/>
        </w:rPr>
        <w:t>паперовими</w:t>
      </w:r>
      <w:proofErr w:type="spellEnd"/>
      <w:r w:rsidRPr="00F7159F">
        <w:rPr>
          <w:lang w:val="ru-RU"/>
        </w:rPr>
        <w:t>.</w:t>
      </w:r>
    </w:p>
    <w:p w:rsidR="00A67EBD" w:rsidRPr="00F7159F" w:rsidRDefault="00F7159F">
      <w:pPr>
        <w:pStyle w:val="21"/>
        <w:rPr>
          <w:lang w:val="ru-RU"/>
        </w:rPr>
      </w:pPr>
      <w:r w:rsidRPr="00F7159F">
        <w:rPr>
          <w:lang w:val="ru-RU"/>
        </w:rPr>
        <w:lastRenderedPageBreak/>
        <w:t xml:space="preserve">9. </w:t>
      </w:r>
      <w:proofErr w:type="spellStart"/>
      <w:r w:rsidRPr="00F7159F">
        <w:rPr>
          <w:lang w:val="ru-RU"/>
        </w:rPr>
        <w:t>Термін</w:t>
      </w:r>
      <w:proofErr w:type="spellEnd"/>
      <w:r w:rsidRPr="00F7159F">
        <w:rPr>
          <w:lang w:val="ru-RU"/>
        </w:rPr>
        <w:t xml:space="preserve"> </w:t>
      </w:r>
      <w:proofErr w:type="spellStart"/>
      <w:r w:rsidRPr="00F7159F">
        <w:rPr>
          <w:lang w:val="ru-RU"/>
        </w:rPr>
        <w:t>дії</w:t>
      </w:r>
      <w:proofErr w:type="spellEnd"/>
      <w:r w:rsidRPr="00F7159F">
        <w:rPr>
          <w:lang w:val="ru-RU"/>
        </w:rPr>
        <w:t xml:space="preserve"> договору</w:t>
      </w:r>
    </w:p>
    <w:p w:rsidR="00A67EBD" w:rsidRPr="00F7159F" w:rsidRDefault="00F7159F">
      <w:pPr>
        <w:rPr>
          <w:lang w:val="ru-RU"/>
        </w:rPr>
      </w:pPr>
      <w:r w:rsidRPr="00F7159F">
        <w:rPr>
          <w:lang w:val="ru-RU"/>
        </w:rPr>
        <w:t xml:space="preserve">9.1. Цей </w:t>
      </w:r>
      <w:proofErr w:type="spellStart"/>
      <w:r w:rsidRPr="00F7159F">
        <w:rPr>
          <w:lang w:val="ru-RU"/>
        </w:rPr>
        <w:t>договір</w:t>
      </w:r>
      <w:proofErr w:type="spellEnd"/>
      <w:r w:rsidRPr="00F7159F">
        <w:rPr>
          <w:lang w:val="ru-RU"/>
        </w:rPr>
        <w:t xml:space="preserve"> </w:t>
      </w:r>
      <w:proofErr w:type="spellStart"/>
      <w:r w:rsidRPr="00F7159F">
        <w:rPr>
          <w:lang w:val="ru-RU"/>
        </w:rPr>
        <w:t>є</w:t>
      </w:r>
      <w:proofErr w:type="spellEnd"/>
      <w:r w:rsidRPr="00F7159F">
        <w:rPr>
          <w:lang w:val="ru-RU"/>
        </w:rPr>
        <w:t xml:space="preserve"> </w:t>
      </w:r>
      <w:proofErr w:type="spellStart"/>
      <w:r w:rsidRPr="00F7159F">
        <w:rPr>
          <w:lang w:val="ru-RU"/>
        </w:rPr>
        <w:t>безстроковим</w:t>
      </w:r>
      <w:proofErr w:type="spellEnd"/>
      <w:r w:rsidRPr="00F7159F">
        <w:rPr>
          <w:lang w:val="ru-RU"/>
        </w:rPr>
        <w:t xml:space="preserve"> </w:t>
      </w:r>
      <w:proofErr w:type="spellStart"/>
      <w:r w:rsidRPr="00F7159F">
        <w:rPr>
          <w:lang w:val="ru-RU"/>
        </w:rPr>
        <w:t>і</w:t>
      </w:r>
      <w:proofErr w:type="spellEnd"/>
      <w:r w:rsidRPr="00F7159F">
        <w:rPr>
          <w:lang w:val="ru-RU"/>
        </w:rPr>
        <w:t xml:space="preserve"> </w:t>
      </w:r>
      <w:proofErr w:type="spellStart"/>
      <w:r w:rsidRPr="00F7159F">
        <w:rPr>
          <w:lang w:val="ru-RU"/>
        </w:rPr>
        <w:t>діє</w:t>
      </w:r>
      <w:proofErr w:type="spellEnd"/>
      <w:r w:rsidRPr="00F7159F">
        <w:rPr>
          <w:lang w:val="ru-RU"/>
        </w:rPr>
        <w:t xml:space="preserve"> </w:t>
      </w:r>
      <w:proofErr w:type="spellStart"/>
      <w:r w:rsidRPr="00F7159F">
        <w:rPr>
          <w:lang w:val="ru-RU"/>
        </w:rPr>
        <w:t>з</w:t>
      </w:r>
      <w:proofErr w:type="spellEnd"/>
      <w:r w:rsidRPr="00F7159F">
        <w:rPr>
          <w:lang w:val="ru-RU"/>
        </w:rPr>
        <w:t xml:space="preserve"> моменту акцепту </w:t>
      </w:r>
      <w:proofErr w:type="spellStart"/>
      <w:r w:rsidRPr="00F7159F">
        <w:rPr>
          <w:lang w:val="ru-RU"/>
        </w:rPr>
        <w:t>оферти</w:t>
      </w:r>
      <w:proofErr w:type="spellEnd"/>
      <w:r w:rsidRPr="00F7159F">
        <w:rPr>
          <w:lang w:val="ru-RU"/>
        </w:rPr>
        <w:t xml:space="preserve"> </w:t>
      </w:r>
      <w:proofErr w:type="spellStart"/>
      <w:r w:rsidRPr="00F7159F">
        <w:rPr>
          <w:lang w:val="ru-RU"/>
        </w:rPr>
        <w:t>Покупцем</w:t>
      </w:r>
      <w:proofErr w:type="spellEnd"/>
      <w:r w:rsidRPr="00F7159F">
        <w:rPr>
          <w:lang w:val="ru-RU"/>
        </w:rPr>
        <w:t xml:space="preserve"> шляхом оплати </w:t>
      </w:r>
      <w:proofErr w:type="spellStart"/>
      <w:r w:rsidRPr="00F7159F">
        <w:rPr>
          <w:lang w:val="ru-RU"/>
        </w:rPr>
        <w:t>рахунку-фактури</w:t>
      </w:r>
      <w:proofErr w:type="spellEnd"/>
      <w:r w:rsidRPr="00F7159F">
        <w:rPr>
          <w:lang w:val="ru-RU"/>
        </w:rPr>
        <w:t>.</w:t>
      </w:r>
    </w:p>
    <w:p w:rsidR="00A67EBD" w:rsidRPr="00F7159F" w:rsidRDefault="00F7159F">
      <w:pPr>
        <w:pStyle w:val="21"/>
        <w:rPr>
          <w:lang w:val="ru-RU"/>
        </w:rPr>
      </w:pPr>
      <w:r w:rsidRPr="00F7159F">
        <w:rPr>
          <w:lang w:val="ru-RU"/>
        </w:rPr>
        <w:t xml:space="preserve">10. </w:t>
      </w:r>
      <w:proofErr w:type="spellStart"/>
      <w:r w:rsidRPr="00F7159F">
        <w:rPr>
          <w:lang w:val="ru-RU"/>
        </w:rPr>
        <w:t>Прикінцеві</w:t>
      </w:r>
      <w:proofErr w:type="spellEnd"/>
      <w:r w:rsidRPr="00F7159F">
        <w:rPr>
          <w:lang w:val="ru-RU"/>
        </w:rPr>
        <w:t xml:space="preserve"> </w:t>
      </w:r>
      <w:proofErr w:type="spellStart"/>
      <w:r w:rsidRPr="00F7159F">
        <w:rPr>
          <w:lang w:val="ru-RU"/>
        </w:rPr>
        <w:t>положення</w:t>
      </w:r>
      <w:proofErr w:type="spellEnd"/>
    </w:p>
    <w:p w:rsidR="00A67EBD" w:rsidRPr="00F7159F" w:rsidRDefault="00F7159F">
      <w:pPr>
        <w:rPr>
          <w:lang w:val="ru-RU"/>
        </w:rPr>
      </w:pPr>
      <w:r w:rsidRPr="00F7159F">
        <w:rPr>
          <w:lang w:val="ru-RU"/>
        </w:rPr>
        <w:t xml:space="preserve">10.2. </w:t>
      </w:r>
      <w:proofErr w:type="spellStart"/>
      <w:r w:rsidRPr="00F7159F">
        <w:rPr>
          <w:lang w:val="ru-RU"/>
        </w:rPr>
        <w:t>Розміщення</w:t>
      </w:r>
      <w:proofErr w:type="spellEnd"/>
      <w:r w:rsidRPr="00F7159F">
        <w:rPr>
          <w:lang w:val="ru-RU"/>
        </w:rPr>
        <w:t xml:space="preserve"> </w:t>
      </w:r>
      <w:proofErr w:type="spellStart"/>
      <w:r w:rsidRPr="00F7159F">
        <w:rPr>
          <w:lang w:val="ru-RU"/>
        </w:rPr>
        <w:t>цього</w:t>
      </w:r>
      <w:proofErr w:type="spellEnd"/>
      <w:r w:rsidRPr="00F7159F">
        <w:rPr>
          <w:lang w:val="ru-RU"/>
        </w:rPr>
        <w:t xml:space="preserve"> договору на </w:t>
      </w:r>
      <w:proofErr w:type="spellStart"/>
      <w:r w:rsidRPr="00F7159F">
        <w:rPr>
          <w:lang w:val="ru-RU"/>
        </w:rPr>
        <w:t>сайті</w:t>
      </w:r>
      <w:proofErr w:type="spellEnd"/>
      <w:r w:rsidRPr="00F7159F">
        <w:rPr>
          <w:lang w:val="ru-RU"/>
        </w:rPr>
        <w:t xml:space="preserve"> </w:t>
      </w:r>
      <w:proofErr w:type="spellStart"/>
      <w:r w:rsidRPr="00F7159F">
        <w:rPr>
          <w:lang w:val="ru-RU"/>
        </w:rPr>
        <w:t>Постачальника</w:t>
      </w:r>
      <w:proofErr w:type="spellEnd"/>
      <w:r w:rsidRPr="00F7159F">
        <w:rPr>
          <w:lang w:val="ru-RU"/>
        </w:rPr>
        <w:t xml:space="preserve"> за </w:t>
      </w:r>
      <w:proofErr w:type="spellStart"/>
      <w:r w:rsidRPr="00F7159F">
        <w:rPr>
          <w:lang w:val="ru-RU"/>
        </w:rPr>
        <w:t>адресою</w:t>
      </w:r>
      <w:proofErr w:type="spellEnd"/>
      <w:r w:rsidRPr="00F7159F">
        <w:rPr>
          <w:lang w:val="ru-RU"/>
        </w:rPr>
        <w:t xml:space="preserve"> </w:t>
      </w:r>
      <w:r>
        <w:t>www</w:t>
      </w:r>
      <w:r w:rsidRPr="00F7159F">
        <w:rPr>
          <w:lang w:val="ru-RU"/>
        </w:rPr>
        <w:t>.</w:t>
      </w:r>
      <w:proofErr w:type="spellStart"/>
      <w:r>
        <w:t>bilmax</w:t>
      </w:r>
      <w:proofErr w:type="spellEnd"/>
      <w:r w:rsidRPr="00F7159F">
        <w:rPr>
          <w:lang w:val="ru-RU"/>
        </w:rPr>
        <w:t>.</w:t>
      </w:r>
      <w:r>
        <w:t>com</w:t>
      </w:r>
      <w:r w:rsidRPr="00F7159F">
        <w:rPr>
          <w:lang w:val="ru-RU"/>
        </w:rPr>
        <w:t>.</w:t>
      </w:r>
      <w:proofErr w:type="spellStart"/>
      <w:r>
        <w:t>ua</w:t>
      </w:r>
      <w:proofErr w:type="spellEnd"/>
      <w:r w:rsidRPr="00F7159F">
        <w:rPr>
          <w:lang w:val="ru-RU"/>
        </w:rPr>
        <w:t xml:space="preserve"> </w:t>
      </w:r>
      <w:proofErr w:type="spellStart"/>
      <w:r w:rsidRPr="00F7159F">
        <w:rPr>
          <w:lang w:val="ru-RU"/>
        </w:rPr>
        <w:t>є</w:t>
      </w:r>
      <w:proofErr w:type="spellEnd"/>
      <w:r w:rsidRPr="00F7159F">
        <w:rPr>
          <w:lang w:val="ru-RU"/>
        </w:rPr>
        <w:t xml:space="preserve"> </w:t>
      </w:r>
      <w:proofErr w:type="spellStart"/>
      <w:r w:rsidRPr="00F7159F">
        <w:rPr>
          <w:lang w:val="ru-RU"/>
        </w:rPr>
        <w:t>офіційною</w:t>
      </w:r>
      <w:proofErr w:type="spellEnd"/>
      <w:r w:rsidRPr="00F7159F">
        <w:rPr>
          <w:lang w:val="ru-RU"/>
        </w:rPr>
        <w:t xml:space="preserve"> </w:t>
      </w:r>
      <w:proofErr w:type="spellStart"/>
      <w:r w:rsidRPr="00F7159F">
        <w:rPr>
          <w:lang w:val="ru-RU"/>
        </w:rPr>
        <w:t>публікацією</w:t>
      </w:r>
      <w:proofErr w:type="spellEnd"/>
      <w:r w:rsidRPr="00F7159F">
        <w:rPr>
          <w:lang w:val="ru-RU"/>
        </w:rPr>
        <w:t xml:space="preserve"> </w:t>
      </w:r>
      <w:proofErr w:type="spellStart"/>
      <w:r w:rsidRPr="00F7159F">
        <w:rPr>
          <w:lang w:val="ru-RU"/>
        </w:rPr>
        <w:t>оферти</w:t>
      </w:r>
      <w:proofErr w:type="spellEnd"/>
      <w:r w:rsidRPr="00F7159F">
        <w:rPr>
          <w:lang w:val="ru-RU"/>
        </w:rPr>
        <w:t>.</w:t>
      </w:r>
    </w:p>
    <w:p w:rsidR="00A67EBD" w:rsidRDefault="00F7159F">
      <w:proofErr w:type="spellStart"/>
      <w:r w:rsidRPr="00F7159F">
        <w:rPr>
          <w:lang w:val="ru-RU"/>
        </w:rPr>
        <w:t>Реквізити</w:t>
      </w:r>
      <w:proofErr w:type="spellEnd"/>
      <w:r w:rsidRPr="00F7159F">
        <w:rPr>
          <w:lang w:val="ru-RU"/>
        </w:rPr>
        <w:t xml:space="preserve"> </w:t>
      </w:r>
      <w:proofErr w:type="spellStart"/>
      <w:r w:rsidRPr="00F7159F">
        <w:rPr>
          <w:lang w:val="ru-RU"/>
        </w:rPr>
        <w:t>Постачальника</w:t>
      </w:r>
      <w:proofErr w:type="spellEnd"/>
      <w:r w:rsidRPr="00F7159F">
        <w:rPr>
          <w:lang w:val="ru-RU"/>
        </w:rPr>
        <w:t>:</w:t>
      </w:r>
      <w:r w:rsidRPr="00F7159F">
        <w:rPr>
          <w:lang w:val="ru-RU"/>
        </w:rPr>
        <w:br/>
        <w:t>ТОВ «БІЛМАКС»</w:t>
      </w:r>
      <w:r w:rsidRPr="00F7159F">
        <w:rPr>
          <w:lang w:val="ru-RU"/>
        </w:rPr>
        <w:br/>
        <w:t>ЄДРПОУ 34031183</w:t>
      </w:r>
      <w:r w:rsidRPr="00F7159F">
        <w:rPr>
          <w:lang w:val="ru-RU"/>
        </w:rPr>
        <w:br/>
        <w:t xml:space="preserve">м. </w:t>
      </w:r>
      <w:proofErr w:type="spellStart"/>
      <w:r w:rsidRPr="00F7159F">
        <w:rPr>
          <w:lang w:val="ru-RU"/>
        </w:rPr>
        <w:t>Жовт</w:t>
      </w:r>
      <w:proofErr w:type="gramStart"/>
      <w:r w:rsidRPr="00F7159F">
        <w:rPr>
          <w:lang w:val="ru-RU"/>
        </w:rPr>
        <w:t>і</w:t>
      </w:r>
      <w:proofErr w:type="spellEnd"/>
      <w:r w:rsidRPr="00F7159F">
        <w:rPr>
          <w:lang w:val="ru-RU"/>
        </w:rPr>
        <w:t xml:space="preserve"> В</w:t>
      </w:r>
      <w:proofErr w:type="gramEnd"/>
      <w:r w:rsidRPr="00F7159F">
        <w:rPr>
          <w:lang w:val="ru-RU"/>
        </w:rPr>
        <w:t xml:space="preserve">оди, </w:t>
      </w:r>
      <w:proofErr w:type="spellStart"/>
      <w:r w:rsidRPr="00F7159F">
        <w:rPr>
          <w:lang w:val="ru-RU"/>
        </w:rPr>
        <w:t>вул</w:t>
      </w:r>
      <w:proofErr w:type="spellEnd"/>
      <w:r w:rsidRPr="00F7159F">
        <w:rPr>
          <w:lang w:val="ru-RU"/>
        </w:rPr>
        <w:t xml:space="preserve">. </w:t>
      </w:r>
      <w:proofErr w:type="spellStart"/>
      <w:r w:rsidRPr="00F7159F">
        <w:rPr>
          <w:lang w:val="ru-RU"/>
        </w:rPr>
        <w:t>Заводська</w:t>
      </w:r>
      <w:proofErr w:type="spellEnd"/>
      <w:r w:rsidRPr="00F7159F">
        <w:rPr>
          <w:lang w:val="ru-RU"/>
        </w:rPr>
        <w:t>, 1/9</w:t>
      </w:r>
      <w:r w:rsidRPr="00F7159F">
        <w:rPr>
          <w:lang w:val="ru-RU"/>
        </w:rPr>
        <w:br/>
        <w:t>а/с 71, 52200</w:t>
      </w:r>
      <w:r w:rsidRPr="00F7159F">
        <w:rPr>
          <w:lang w:val="ru-RU"/>
        </w:rPr>
        <w:br/>
        <w:t>АТ «</w:t>
      </w:r>
      <w:proofErr w:type="spellStart"/>
      <w:r w:rsidRPr="00F7159F">
        <w:rPr>
          <w:lang w:val="ru-RU"/>
        </w:rPr>
        <w:t>Райффайзен</w:t>
      </w:r>
      <w:proofErr w:type="spellEnd"/>
      <w:r w:rsidRPr="00F7159F">
        <w:rPr>
          <w:lang w:val="ru-RU"/>
        </w:rPr>
        <w:t xml:space="preserve"> Банк», МФО 300335</w:t>
      </w:r>
      <w:r w:rsidRPr="00F7159F">
        <w:rPr>
          <w:lang w:val="ru-RU"/>
        </w:rPr>
        <w:br/>
      </w:r>
      <w:proofErr w:type="spellStart"/>
      <w:r w:rsidRPr="00F7159F">
        <w:rPr>
          <w:lang w:val="ru-RU"/>
        </w:rPr>
        <w:t>р</w:t>
      </w:r>
      <w:proofErr w:type="spellEnd"/>
      <w:r w:rsidRPr="00F7159F">
        <w:rPr>
          <w:lang w:val="ru-RU"/>
        </w:rPr>
        <w:t>/</w:t>
      </w:r>
      <w:proofErr w:type="spellStart"/>
      <w:r w:rsidRPr="00F7159F">
        <w:rPr>
          <w:lang w:val="ru-RU"/>
        </w:rPr>
        <w:t>р</w:t>
      </w:r>
      <w:proofErr w:type="spellEnd"/>
      <w:r w:rsidRPr="00F7159F">
        <w:rPr>
          <w:lang w:val="ru-RU"/>
        </w:rPr>
        <w:t xml:space="preserve"> </w:t>
      </w:r>
      <w:r>
        <w:t>UA</w:t>
      </w:r>
      <w:r w:rsidRPr="00F7159F">
        <w:rPr>
          <w:lang w:val="ru-RU"/>
        </w:rPr>
        <w:t>213003350000000026004283081</w:t>
      </w:r>
      <w:r w:rsidRPr="00F7159F">
        <w:rPr>
          <w:lang w:val="ru-RU"/>
        </w:rPr>
        <w:br/>
        <w:t>ІПН 340311804042</w:t>
      </w:r>
      <w:r w:rsidRPr="00F7159F">
        <w:rPr>
          <w:lang w:val="ru-RU"/>
        </w:rPr>
        <w:br/>
      </w:r>
      <w:proofErr w:type="spellStart"/>
      <w:r w:rsidRPr="00F7159F">
        <w:rPr>
          <w:lang w:val="ru-RU"/>
        </w:rPr>
        <w:t>Свідоцтво</w:t>
      </w:r>
      <w:proofErr w:type="spellEnd"/>
      <w:r w:rsidRPr="00F7159F">
        <w:rPr>
          <w:lang w:val="ru-RU"/>
        </w:rPr>
        <w:t xml:space="preserve"> </w:t>
      </w:r>
      <w:proofErr w:type="spellStart"/>
      <w:r w:rsidRPr="00F7159F">
        <w:rPr>
          <w:lang w:val="ru-RU"/>
        </w:rPr>
        <w:t>платника</w:t>
      </w:r>
      <w:proofErr w:type="spellEnd"/>
      <w:r w:rsidRPr="00F7159F">
        <w:rPr>
          <w:lang w:val="ru-RU"/>
        </w:rPr>
        <w:t xml:space="preserve"> ПДВ № 100114669</w:t>
      </w:r>
      <w:r w:rsidRPr="00F7159F">
        <w:rPr>
          <w:lang w:val="ru-RU"/>
        </w:rPr>
        <w:br/>
        <w:t xml:space="preserve">Тел. </w:t>
      </w:r>
      <w:r>
        <w:t>(044) 5030105</w:t>
      </w:r>
      <w:r>
        <w:br/>
      </w:r>
      <w:proofErr w:type="spellStart"/>
      <w:r>
        <w:t>Ел</w:t>
      </w:r>
      <w:proofErr w:type="spellEnd"/>
      <w:r>
        <w:t>. пошта: kiev@bilmax.com.ua</w:t>
      </w:r>
    </w:p>
    <w:sectPr w:rsidR="00A67EBD" w:rsidSect="00F7159F">
      <w:pgSz w:w="12240" w:h="15840"/>
      <w:pgMar w:top="993"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B47730"/>
    <w:rsid w:val="00034616"/>
    <w:rsid w:val="0006063C"/>
    <w:rsid w:val="0015074B"/>
    <w:rsid w:val="001F5CB0"/>
    <w:rsid w:val="00213DB1"/>
    <w:rsid w:val="0029639D"/>
    <w:rsid w:val="002B3535"/>
    <w:rsid w:val="00326F90"/>
    <w:rsid w:val="005236CE"/>
    <w:rsid w:val="00540C88"/>
    <w:rsid w:val="00656E68"/>
    <w:rsid w:val="00732C87"/>
    <w:rsid w:val="00930DFD"/>
    <w:rsid w:val="00A3315A"/>
    <w:rsid w:val="00A67EBD"/>
    <w:rsid w:val="00AA1D8D"/>
    <w:rsid w:val="00B47730"/>
    <w:rsid w:val="00CB0664"/>
    <w:rsid w:val="00E26904"/>
    <w:rsid w:val="00F4190E"/>
    <w:rsid w:val="00F7159F"/>
    <w:rsid w:val="00FC693F"/>
    <w:rsid w:val="00FD2F1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203297766">
      <w:bodyDiv w:val="1"/>
      <w:marLeft w:val="0"/>
      <w:marRight w:val="0"/>
      <w:marTop w:val="0"/>
      <w:marBottom w:val="0"/>
      <w:divBdr>
        <w:top w:val="none" w:sz="0" w:space="0" w:color="auto"/>
        <w:left w:val="none" w:sz="0" w:space="0" w:color="auto"/>
        <w:bottom w:val="none" w:sz="0" w:space="0" w:color="auto"/>
        <w:right w:val="none" w:sz="0" w:space="0" w:color="auto"/>
      </w:divBdr>
    </w:div>
    <w:div w:id="407655484">
      <w:bodyDiv w:val="1"/>
      <w:marLeft w:val="0"/>
      <w:marRight w:val="0"/>
      <w:marTop w:val="0"/>
      <w:marBottom w:val="0"/>
      <w:divBdr>
        <w:top w:val="none" w:sz="0" w:space="0" w:color="auto"/>
        <w:left w:val="none" w:sz="0" w:space="0" w:color="auto"/>
        <w:bottom w:val="none" w:sz="0" w:space="0" w:color="auto"/>
        <w:right w:val="none" w:sz="0" w:space="0" w:color="auto"/>
      </w:divBdr>
    </w:div>
    <w:div w:id="465779532">
      <w:bodyDiv w:val="1"/>
      <w:marLeft w:val="0"/>
      <w:marRight w:val="0"/>
      <w:marTop w:val="0"/>
      <w:marBottom w:val="0"/>
      <w:divBdr>
        <w:top w:val="none" w:sz="0" w:space="0" w:color="auto"/>
        <w:left w:val="none" w:sz="0" w:space="0" w:color="auto"/>
        <w:bottom w:val="none" w:sz="0" w:space="0" w:color="auto"/>
        <w:right w:val="none" w:sz="0" w:space="0" w:color="auto"/>
      </w:divBdr>
    </w:div>
    <w:div w:id="524708439">
      <w:bodyDiv w:val="1"/>
      <w:marLeft w:val="0"/>
      <w:marRight w:val="0"/>
      <w:marTop w:val="0"/>
      <w:marBottom w:val="0"/>
      <w:divBdr>
        <w:top w:val="none" w:sz="0" w:space="0" w:color="auto"/>
        <w:left w:val="none" w:sz="0" w:space="0" w:color="auto"/>
        <w:bottom w:val="none" w:sz="0" w:space="0" w:color="auto"/>
        <w:right w:val="none" w:sz="0" w:space="0" w:color="auto"/>
      </w:divBdr>
    </w:div>
    <w:div w:id="590505463">
      <w:bodyDiv w:val="1"/>
      <w:marLeft w:val="0"/>
      <w:marRight w:val="0"/>
      <w:marTop w:val="0"/>
      <w:marBottom w:val="0"/>
      <w:divBdr>
        <w:top w:val="none" w:sz="0" w:space="0" w:color="auto"/>
        <w:left w:val="none" w:sz="0" w:space="0" w:color="auto"/>
        <w:bottom w:val="none" w:sz="0" w:space="0" w:color="auto"/>
        <w:right w:val="none" w:sz="0" w:space="0" w:color="auto"/>
      </w:divBdr>
    </w:div>
    <w:div w:id="1278099405">
      <w:bodyDiv w:val="1"/>
      <w:marLeft w:val="0"/>
      <w:marRight w:val="0"/>
      <w:marTop w:val="0"/>
      <w:marBottom w:val="0"/>
      <w:divBdr>
        <w:top w:val="none" w:sz="0" w:space="0" w:color="auto"/>
        <w:left w:val="none" w:sz="0" w:space="0" w:color="auto"/>
        <w:bottom w:val="none" w:sz="0" w:space="0" w:color="auto"/>
        <w:right w:val="none" w:sz="0" w:space="0" w:color="auto"/>
      </w:divBdr>
    </w:div>
    <w:div w:id="1980721470">
      <w:bodyDiv w:val="1"/>
      <w:marLeft w:val="0"/>
      <w:marRight w:val="0"/>
      <w:marTop w:val="0"/>
      <w:marBottom w:val="0"/>
      <w:divBdr>
        <w:top w:val="none" w:sz="0" w:space="0" w:color="auto"/>
        <w:left w:val="none" w:sz="0" w:space="0" w:color="auto"/>
        <w:bottom w:val="none" w:sz="0" w:space="0" w:color="auto"/>
        <w:right w:val="none" w:sz="0" w:space="0" w:color="auto"/>
      </w:divBdr>
    </w:div>
    <w:div w:id="2055887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A52D6-1840-42E6-9C34-DA4D3E52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5424</Words>
  <Characters>3092</Characters>
  <Application>Microsoft Office Word</Application>
  <DocSecurity>0</DocSecurity>
  <Lines>25</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Hexus</cp:lastModifiedBy>
  <cp:revision>2</cp:revision>
  <dcterms:created xsi:type="dcterms:W3CDTF">2025-07-24T07:51:00Z</dcterms:created>
  <dcterms:modified xsi:type="dcterms:W3CDTF">2026-07-23T09:14:00Z</dcterms:modified>
</cp:coreProperties>
</file>